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AECB" w14:textId="3494F8D6" w:rsidR="001650D8" w:rsidRPr="00301A22" w:rsidRDefault="002A35A7" w:rsidP="00301A22">
      <w:pPr>
        <w:pStyle w:val="Heading1"/>
        <w:spacing w:line="360" w:lineRule="auto"/>
        <w:jc w:val="center"/>
        <w:rPr>
          <w:rFonts w:ascii="Arial" w:hAnsi="Arial" w:cs="Arial"/>
          <w:sz w:val="26"/>
          <w:szCs w:val="26"/>
        </w:rPr>
      </w:pPr>
      <w:r w:rsidRPr="00301A22">
        <w:rPr>
          <w:rFonts w:ascii="Arial" w:hAnsi="Arial" w:cs="Arial"/>
          <w:sz w:val="26"/>
          <w:szCs w:val="26"/>
        </w:rPr>
        <w:t>DIỄN VĂN KHAI MẠC HỘI KHÓA 30 NĂM – NIÊN KHÓA 1992–1995</w:t>
      </w:r>
      <w:r w:rsidR="00DA6C18" w:rsidRPr="00301A22">
        <w:rPr>
          <w:rFonts w:ascii="Arial" w:hAnsi="Arial" w:cs="Arial"/>
          <w:sz w:val="26"/>
          <w:szCs w:val="26"/>
        </w:rPr>
        <w:t xml:space="preserve"> PTTH THẠCH THẤT.</w:t>
      </w:r>
    </w:p>
    <w:p w14:paraId="4200958F" w14:textId="6F84562B" w:rsidR="00E2063A" w:rsidRPr="00301A22" w:rsidRDefault="002A35A7" w:rsidP="00DA6C18">
      <w:pPr>
        <w:spacing w:line="360" w:lineRule="auto"/>
        <w:rPr>
          <w:rFonts w:ascii="Arial" w:hAnsi="Arial" w:cs="Arial"/>
          <w:sz w:val="26"/>
          <w:szCs w:val="26"/>
        </w:rPr>
      </w:pPr>
      <w:r w:rsidRPr="00301A22">
        <w:rPr>
          <w:rFonts w:ascii="Arial" w:hAnsi="Arial" w:cs="Arial"/>
          <w:sz w:val="26"/>
          <w:szCs w:val="26"/>
        </w:rPr>
        <w:br/>
        <w:t xml:space="preserve">Kính thưa các thầy cô giáo </w:t>
      </w:r>
      <w:r w:rsidR="00355F15" w:rsidRPr="00301A22">
        <w:rPr>
          <w:rFonts w:ascii="Arial" w:hAnsi="Arial" w:cs="Arial"/>
          <w:sz w:val="26"/>
          <w:szCs w:val="26"/>
        </w:rPr>
        <w:t>kính mến,</w:t>
      </w:r>
      <w:r w:rsidRPr="00301A22">
        <w:rPr>
          <w:rFonts w:ascii="Arial" w:hAnsi="Arial" w:cs="Arial"/>
          <w:sz w:val="26"/>
          <w:szCs w:val="26"/>
        </w:rPr>
        <w:br/>
        <w:t>Thưa toàn thể các bạn thân yêu của niên khóa 1992–1995</w:t>
      </w:r>
      <w:r w:rsidR="00DA6C18" w:rsidRPr="00301A22">
        <w:rPr>
          <w:rFonts w:ascii="Arial" w:hAnsi="Arial" w:cs="Arial"/>
          <w:sz w:val="26"/>
          <w:szCs w:val="26"/>
        </w:rPr>
        <w:t xml:space="preserve">, trường PTTH Thạch Thất năm xưa. </w:t>
      </w:r>
      <w:r w:rsidRPr="00301A22">
        <w:rPr>
          <w:rFonts w:ascii="Arial" w:hAnsi="Arial" w:cs="Arial"/>
          <w:sz w:val="26"/>
          <w:szCs w:val="26"/>
        </w:rPr>
        <w:br/>
      </w:r>
      <w:r w:rsidRPr="00301A22">
        <w:rPr>
          <w:rFonts w:ascii="Arial" w:hAnsi="Arial" w:cs="Arial"/>
          <w:sz w:val="26"/>
          <w:szCs w:val="26"/>
        </w:rPr>
        <w:br/>
        <w:t xml:space="preserve">Hôm nay, giữa tiết </w:t>
      </w:r>
      <w:r w:rsidR="00DA6C18" w:rsidRPr="00301A22">
        <w:rPr>
          <w:rFonts w:ascii="Arial" w:hAnsi="Arial" w:cs="Arial"/>
          <w:sz w:val="26"/>
          <w:szCs w:val="26"/>
        </w:rPr>
        <w:t>của mùa</w:t>
      </w:r>
      <w:r w:rsidRPr="00301A22">
        <w:rPr>
          <w:rFonts w:ascii="Arial" w:hAnsi="Arial" w:cs="Arial"/>
          <w:sz w:val="26"/>
          <w:szCs w:val="26"/>
        </w:rPr>
        <w:t xml:space="preserve"> thu hiền hòa, chúng ta </w:t>
      </w:r>
      <w:r w:rsidR="00DA6C18" w:rsidRPr="00301A22">
        <w:rPr>
          <w:rFonts w:ascii="Arial" w:hAnsi="Arial" w:cs="Arial"/>
          <w:sz w:val="26"/>
          <w:szCs w:val="26"/>
        </w:rPr>
        <w:t>cùng nhau</w:t>
      </w:r>
      <w:r w:rsidRPr="00301A22">
        <w:rPr>
          <w:rFonts w:ascii="Arial" w:hAnsi="Arial" w:cs="Arial"/>
          <w:sz w:val="26"/>
          <w:szCs w:val="26"/>
        </w:rPr>
        <w:t xml:space="preserve"> có mặt </w:t>
      </w:r>
      <w:r w:rsidR="009A4724" w:rsidRPr="00301A22">
        <w:rPr>
          <w:rFonts w:ascii="Arial" w:hAnsi="Arial" w:cs="Arial"/>
          <w:sz w:val="26"/>
          <w:szCs w:val="26"/>
        </w:rPr>
        <w:t xml:space="preserve">tại </w:t>
      </w:r>
      <w:r w:rsidRPr="00301A22">
        <w:rPr>
          <w:rFonts w:ascii="Arial" w:hAnsi="Arial" w:cs="Arial"/>
          <w:sz w:val="26"/>
          <w:szCs w:val="26"/>
        </w:rPr>
        <w:t>nơi đây – dưới mái trường</w:t>
      </w:r>
      <w:r w:rsidR="00DA6C18" w:rsidRPr="00301A22">
        <w:rPr>
          <w:rFonts w:ascii="Arial" w:hAnsi="Arial" w:cs="Arial"/>
          <w:sz w:val="26"/>
          <w:szCs w:val="26"/>
        </w:rPr>
        <w:t xml:space="preserve"> xưa, mái trường </w:t>
      </w:r>
      <w:r w:rsidRPr="00301A22">
        <w:rPr>
          <w:rFonts w:ascii="Arial" w:hAnsi="Arial" w:cs="Arial"/>
          <w:sz w:val="26"/>
          <w:szCs w:val="26"/>
        </w:rPr>
        <w:t>PTTH Thạch Thất thân thương – nơi đã lưu giữ những năm tháng</w:t>
      </w:r>
      <w:r w:rsidR="00DA6C18" w:rsidRPr="00301A22">
        <w:rPr>
          <w:rFonts w:ascii="Arial" w:hAnsi="Arial" w:cs="Arial"/>
          <w:sz w:val="26"/>
          <w:szCs w:val="26"/>
        </w:rPr>
        <w:t xml:space="preserve"> của</w:t>
      </w:r>
      <w:r w:rsidRPr="00301A22">
        <w:rPr>
          <w:rFonts w:ascii="Arial" w:hAnsi="Arial" w:cs="Arial"/>
          <w:sz w:val="26"/>
          <w:szCs w:val="26"/>
        </w:rPr>
        <w:t xml:space="preserve"> tuổi học trò trong sáng, nghịch ngợm</w:t>
      </w:r>
      <w:r w:rsidR="009254E3" w:rsidRPr="00301A22">
        <w:rPr>
          <w:rFonts w:ascii="Arial" w:hAnsi="Arial" w:cs="Arial"/>
          <w:sz w:val="26"/>
          <w:szCs w:val="26"/>
        </w:rPr>
        <w:t xml:space="preserve"> và</w:t>
      </w:r>
      <w:r w:rsidRPr="00301A22">
        <w:rPr>
          <w:rFonts w:ascii="Arial" w:hAnsi="Arial" w:cs="Arial"/>
          <w:sz w:val="26"/>
          <w:szCs w:val="26"/>
        </w:rPr>
        <w:t xml:space="preserve"> đầy mơ mộng của ba mươi năm về trước.</w:t>
      </w:r>
      <w:r w:rsidR="00DA6C18" w:rsidRPr="00301A22">
        <w:rPr>
          <w:rFonts w:ascii="Arial" w:hAnsi="Arial" w:cs="Arial"/>
          <w:sz w:val="26"/>
          <w:szCs w:val="26"/>
        </w:rPr>
        <w:t xml:space="preserve"> </w:t>
      </w:r>
      <w:r w:rsidRPr="00301A22">
        <w:rPr>
          <w:rFonts w:ascii="Arial" w:hAnsi="Arial" w:cs="Arial"/>
          <w:sz w:val="26"/>
          <w:szCs w:val="26"/>
        </w:rPr>
        <w:t xml:space="preserve">Ba mươi năm – </w:t>
      </w:r>
      <w:r w:rsidR="00DA6C18" w:rsidRPr="00301A22">
        <w:rPr>
          <w:rFonts w:ascii="Arial" w:hAnsi="Arial" w:cs="Arial"/>
          <w:sz w:val="26"/>
          <w:szCs w:val="26"/>
        </w:rPr>
        <w:t xml:space="preserve">thoạt </w:t>
      </w:r>
      <w:r w:rsidRPr="00301A22">
        <w:rPr>
          <w:rFonts w:ascii="Arial" w:hAnsi="Arial" w:cs="Arial"/>
          <w:sz w:val="26"/>
          <w:szCs w:val="26"/>
        </w:rPr>
        <w:t>nghe</w:t>
      </w:r>
      <w:r w:rsidR="00DA6C18" w:rsidRPr="00301A22">
        <w:rPr>
          <w:rFonts w:ascii="Arial" w:hAnsi="Arial" w:cs="Arial"/>
          <w:sz w:val="26"/>
          <w:szCs w:val="26"/>
        </w:rPr>
        <w:t xml:space="preserve"> cứ</w:t>
      </w:r>
      <w:r w:rsidRPr="00301A22">
        <w:rPr>
          <w:rFonts w:ascii="Arial" w:hAnsi="Arial" w:cs="Arial"/>
          <w:sz w:val="26"/>
          <w:szCs w:val="26"/>
        </w:rPr>
        <w:t xml:space="preserve"> tưởng</w:t>
      </w:r>
      <w:r w:rsidR="00DA6C18" w:rsidRPr="00301A22">
        <w:rPr>
          <w:rFonts w:ascii="Arial" w:hAnsi="Arial" w:cs="Arial"/>
          <w:sz w:val="26"/>
          <w:szCs w:val="26"/>
        </w:rPr>
        <w:t xml:space="preserve"> là</w:t>
      </w:r>
      <w:r w:rsidRPr="00301A22">
        <w:rPr>
          <w:rFonts w:ascii="Arial" w:hAnsi="Arial" w:cs="Arial"/>
          <w:sz w:val="26"/>
          <w:szCs w:val="26"/>
        </w:rPr>
        <w:t xml:space="preserve"> dài, mà</w:t>
      </w:r>
      <w:r w:rsidR="00DA6C18" w:rsidRPr="00301A22">
        <w:rPr>
          <w:rFonts w:ascii="Arial" w:hAnsi="Arial" w:cs="Arial"/>
          <w:sz w:val="26"/>
          <w:szCs w:val="26"/>
        </w:rPr>
        <w:t xml:space="preserve"> nhìn lại thì thật là như một</w:t>
      </w:r>
      <w:r w:rsidRPr="00301A22">
        <w:rPr>
          <w:rFonts w:ascii="Arial" w:hAnsi="Arial" w:cs="Arial"/>
          <w:sz w:val="26"/>
          <w:szCs w:val="26"/>
        </w:rPr>
        <w:t xml:space="preserve"> thoáng chốc</w:t>
      </w:r>
      <w:r w:rsidR="00E2063A" w:rsidRPr="00301A22">
        <w:rPr>
          <w:rFonts w:ascii="Arial" w:hAnsi="Arial" w:cs="Arial"/>
          <w:sz w:val="26"/>
          <w:szCs w:val="26"/>
        </w:rPr>
        <w:t>. Nhìn mà xem:</w:t>
      </w:r>
      <w:r w:rsidR="00DA6C18" w:rsidRPr="00301A22">
        <w:rPr>
          <w:rFonts w:ascii="Arial" w:hAnsi="Arial" w:cs="Arial"/>
          <w:sz w:val="26"/>
          <w:szCs w:val="26"/>
        </w:rPr>
        <w:t xml:space="preserve"> cảnh đã đổi, sao đã dời.</w:t>
      </w:r>
      <w:r w:rsidR="009A4724" w:rsidRPr="00301A22">
        <w:rPr>
          <w:rFonts w:ascii="Arial" w:hAnsi="Arial" w:cs="Arial"/>
          <w:sz w:val="26"/>
          <w:szCs w:val="26"/>
        </w:rPr>
        <w:t xml:space="preserve"> Ngôi trường cũ kỹ năm xưa đã khoác lên mình bộ áo mới</w:t>
      </w:r>
      <w:r w:rsidR="00462032" w:rsidRPr="00301A22">
        <w:rPr>
          <w:rFonts w:ascii="Arial" w:hAnsi="Arial" w:cs="Arial"/>
          <w:sz w:val="26"/>
          <w:szCs w:val="26"/>
        </w:rPr>
        <w:t xml:space="preserve"> thật khang trang</w:t>
      </w:r>
      <w:r w:rsidR="00AE48B7" w:rsidRPr="00301A22">
        <w:rPr>
          <w:rFonts w:ascii="Arial" w:hAnsi="Arial" w:cs="Arial"/>
          <w:sz w:val="26"/>
          <w:szCs w:val="26"/>
        </w:rPr>
        <w:t>. C</w:t>
      </w:r>
      <w:r w:rsidR="009254E3" w:rsidRPr="00301A22">
        <w:rPr>
          <w:rFonts w:ascii="Arial" w:hAnsi="Arial" w:cs="Arial"/>
          <w:sz w:val="26"/>
          <w:szCs w:val="26"/>
        </w:rPr>
        <w:t xml:space="preserve">húng ta chúc mừng cho các thế hệ thầy cô giáo </w:t>
      </w:r>
      <w:r w:rsidR="001F34A3" w:rsidRPr="00301A22">
        <w:rPr>
          <w:rFonts w:ascii="Arial" w:hAnsi="Arial" w:cs="Arial"/>
          <w:sz w:val="26"/>
          <w:szCs w:val="26"/>
        </w:rPr>
        <w:t>và các em</w:t>
      </w:r>
      <w:r w:rsidR="009254E3" w:rsidRPr="00301A22">
        <w:rPr>
          <w:rFonts w:ascii="Arial" w:hAnsi="Arial" w:cs="Arial"/>
          <w:sz w:val="26"/>
          <w:szCs w:val="26"/>
        </w:rPr>
        <w:t xml:space="preserve"> học sinh của ngày hôm nay</w:t>
      </w:r>
      <w:r w:rsidR="00AE48B7" w:rsidRPr="00301A22">
        <w:rPr>
          <w:rFonts w:ascii="Arial" w:hAnsi="Arial" w:cs="Arial"/>
          <w:sz w:val="26"/>
          <w:szCs w:val="26"/>
        </w:rPr>
        <w:t xml:space="preserve"> được dạy và học trong ngôi trường đẹp</w:t>
      </w:r>
      <w:r w:rsidR="001F34A3" w:rsidRPr="00301A22">
        <w:rPr>
          <w:rFonts w:ascii="Arial" w:hAnsi="Arial" w:cs="Arial"/>
          <w:sz w:val="26"/>
          <w:szCs w:val="26"/>
        </w:rPr>
        <w:t xml:space="preserve"> đẽ</w:t>
      </w:r>
      <w:r w:rsidR="00AE48B7" w:rsidRPr="00301A22">
        <w:rPr>
          <w:rFonts w:ascii="Arial" w:hAnsi="Arial" w:cs="Arial"/>
          <w:sz w:val="26"/>
          <w:szCs w:val="26"/>
        </w:rPr>
        <w:t xml:space="preserve"> và hiện đại. C</w:t>
      </w:r>
      <w:r w:rsidR="009254E3" w:rsidRPr="00301A22">
        <w:rPr>
          <w:rFonts w:ascii="Arial" w:hAnsi="Arial" w:cs="Arial"/>
          <w:sz w:val="26"/>
          <w:szCs w:val="26"/>
        </w:rPr>
        <w:t>húc mừng cho sự phát triển của đất nước</w:t>
      </w:r>
      <w:r w:rsidR="009A4724" w:rsidRPr="00301A22">
        <w:rPr>
          <w:rFonts w:ascii="Arial" w:hAnsi="Arial" w:cs="Arial"/>
          <w:sz w:val="26"/>
          <w:szCs w:val="26"/>
        </w:rPr>
        <w:t xml:space="preserve">. </w:t>
      </w:r>
      <w:r w:rsidR="002A3D86" w:rsidRPr="00301A22">
        <w:rPr>
          <w:rFonts w:ascii="Arial" w:hAnsi="Arial" w:cs="Arial"/>
          <w:sz w:val="26"/>
          <w:szCs w:val="26"/>
        </w:rPr>
        <w:t>Giờ đây nhìn quanh</w:t>
      </w:r>
      <w:r w:rsidR="001F34A3" w:rsidRPr="00301A22">
        <w:rPr>
          <w:rFonts w:ascii="Arial" w:hAnsi="Arial" w:cs="Arial"/>
          <w:sz w:val="26"/>
          <w:szCs w:val="26"/>
        </w:rPr>
        <w:t xml:space="preserve"> tìm nét quen</w:t>
      </w:r>
      <w:r w:rsidR="002A3D86" w:rsidRPr="00301A22">
        <w:rPr>
          <w:rFonts w:ascii="Arial" w:hAnsi="Arial" w:cs="Arial"/>
          <w:sz w:val="26"/>
          <w:szCs w:val="26"/>
        </w:rPr>
        <w:t xml:space="preserve">, </w:t>
      </w:r>
      <w:r w:rsidR="001F34A3" w:rsidRPr="00301A22">
        <w:rPr>
          <w:rFonts w:ascii="Arial" w:hAnsi="Arial" w:cs="Arial"/>
          <w:sz w:val="26"/>
          <w:szCs w:val="26"/>
        </w:rPr>
        <w:t>tôi</w:t>
      </w:r>
      <w:r w:rsidR="009A4724" w:rsidRPr="00301A22">
        <w:rPr>
          <w:rFonts w:ascii="Arial" w:hAnsi="Arial" w:cs="Arial"/>
          <w:sz w:val="26"/>
          <w:szCs w:val="26"/>
        </w:rPr>
        <w:t xml:space="preserve"> c</w:t>
      </w:r>
      <w:r w:rsidR="001F34A3" w:rsidRPr="00301A22">
        <w:rPr>
          <w:rFonts w:ascii="Arial" w:hAnsi="Arial" w:cs="Arial"/>
          <w:sz w:val="26"/>
          <w:szCs w:val="26"/>
        </w:rPr>
        <w:t>hỉ</w:t>
      </w:r>
      <w:r w:rsidR="00462032" w:rsidRPr="00301A22">
        <w:rPr>
          <w:rFonts w:ascii="Arial" w:hAnsi="Arial" w:cs="Arial"/>
          <w:sz w:val="26"/>
          <w:szCs w:val="26"/>
        </w:rPr>
        <w:t xml:space="preserve"> còn</w:t>
      </w:r>
      <w:r w:rsidR="001F34A3" w:rsidRPr="00301A22">
        <w:rPr>
          <w:rFonts w:ascii="Arial" w:hAnsi="Arial" w:cs="Arial"/>
          <w:sz w:val="26"/>
          <w:szCs w:val="26"/>
        </w:rPr>
        <w:t xml:space="preserve"> </w:t>
      </w:r>
      <w:r w:rsidR="009A4724" w:rsidRPr="00301A22">
        <w:rPr>
          <w:rFonts w:ascii="Arial" w:hAnsi="Arial" w:cs="Arial"/>
          <w:sz w:val="26"/>
          <w:szCs w:val="26"/>
        </w:rPr>
        <w:t>thấy</w:t>
      </w:r>
      <w:r w:rsidR="001F34A3" w:rsidRPr="00301A22">
        <w:rPr>
          <w:rFonts w:ascii="Arial" w:hAnsi="Arial" w:cs="Arial"/>
          <w:sz w:val="26"/>
          <w:szCs w:val="26"/>
        </w:rPr>
        <w:t xml:space="preserve"> những</w:t>
      </w:r>
      <w:r w:rsidR="009A4724" w:rsidRPr="00301A22">
        <w:rPr>
          <w:rFonts w:ascii="Arial" w:hAnsi="Arial" w:cs="Arial"/>
          <w:sz w:val="26"/>
          <w:szCs w:val="26"/>
        </w:rPr>
        <w:t xml:space="preserve"> </w:t>
      </w:r>
      <w:r w:rsidR="002A3D86" w:rsidRPr="00301A22">
        <w:rPr>
          <w:rFonts w:ascii="Arial" w:hAnsi="Arial" w:cs="Arial"/>
          <w:sz w:val="26"/>
          <w:szCs w:val="26"/>
        </w:rPr>
        <w:t>hàng</w:t>
      </w:r>
      <w:r w:rsidR="009A4724" w:rsidRPr="00301A22">
        <w:rPr>
          <w:rFonts w:ascii="Arial" w:hAnsi="Arial" w:cs="Arial"/>
          <w:sz w:val="26"/>
          <w:szCs w:val="26"/>
        </w:rPr>
        <w:t xml:space="preserve"> cây xà cừ cổ thụ</w:t>
      </w:r>
      <w:r w:rsidR="001F34A3" w:rsidRPr="00301A22">
        <w:rPr>
          <w:rFonts w:ascii="Arial" w:hAnsi="Arial" w:cs="Arial"/>
          <w:sz w:val="26"/>
          <w:szCs w:val="26"/>
        </w:rPr>
        <w:t xml:space="preserve"> là</w:t>
      </w:r>
      <w:r w:rsidR="009A4724" w:rsidRPr="00301A22">
        <w:rPr>
          <w:rFonts w:ascii="Arial" w:hAnsi="Arial" w:cs="Arial"/>
          <w:sz w:val="26"/>
          <w:szCs w:val="26"/>
        </w:rPr>
        <w:t xml:space="preserve"> </w:t>
      </w:r>
      <w:r w:rsidR="00AE48B7" w:rsidRPr="00301A22">
        <w:rPr>
          <w:rFonts w:ascii="Arial" w:hAnsi="Arial" w:cs="Arial"/>
          <w:sz w:val="26"/>
          <w:szCs w:val="26"/>
        </w:rPr>
        <w:t>vẫn</w:t>
      </w:r>
      <w:r w:rsidR="009A4724" w:rsidRPr="00301A22">
        <w:rPr>
          <w:rFonts w:ascii="Arial" w:hAnsi="Arial" w:cs="Arial"/>
          <w:sz w:val="26"/>
          <w:szCs w:val="26"/>
        </w:rPr>
        <w:t xml:space="preserve"> </w:t>
      </w:r>
      <w:r w:rsidR="003842DD" w:rsidRPr="00301A22">
        <w:rPr>
          <w:rFonts w:ascii="Arial" w:hAnsi="Arial" w:cs="Arial"/>
          <w:sz w:val="26"/>
          <w:szCs w:val="26"/>
        </w:rPr>
        <w:t xml:space="preserve">sừng sững, như những người bạn cũ thủy chung </w:t>
      </w:r>
      <w:r w:rsidR="009A4724" w:rsidRPr="00301A22">
        <w:rPr>
          <w:rFonts w:ascii="Arial" w:hAnsi="Arial" w:cs="Arial"/>
          <w:sz w:val="26"/>
          <w:szCs w:val="26"/>
        </w:rPr>
        <w:t>đang đợi ta</w:t>
      </w:r>
      <w:r w:rsidR="002A3D86" w:rsidRPr="00301A22">
        <w:rPr>
          <w:rFonts w:ascii="Arial" w:hAnsi="Arial" w:cs="Arial"/>
          <w:sz w:val="26"/>
          <w:szCs w:val="26"/>
        </w:rPr>
        <w:t xml:space="preserve"> trở</w:t>
      </w:r>
      <w:r w:rsidR="009A4724" w:rsidRPr="00301A22">
        <w:rPr>
          <w:rFonts w:ascii="Arial" w:hAnsi="Arial" w:cs="Arial"/>
          <w:sz w:val="26"/>
          <w:szCs w:val="26"/>
        </w:rPr>
        <w:t xml:space="preserve"> về. </w:t>
      </w:r>
      <w:r w:rsidR="00E2063A" w:rsidRPr="00301A22">
        <w:rPr>
          <w:rFonts w:ascii="Arial" w:hAnsi="Arial" w:cs="Arial"/>
          <w:sz w:val="26"/>
          <w:szCs w:val="26"/>
        </w:rPr>
        <w:t>Các thầy cô của chúng ta thì m</w:t>
      </w:r>
      <w:r w:rsidR="00DA6C18" w:rsidRPr="00301A22">
        <w:rPr>
          <w:rFonts w:ascii="Arial" w:hAnsi="Arial" w:cs="Arial"/>
          <w:sz w:val="26"/>
          <w:szCs w:val="26"/>
        </w:rPr>
        <w:t>ái</w:t>
      </w:r>
      <w:r w:rsidRPr="00301A22">
        <w:rPr>
          <w:rFonts w:ascii="Arial" w:hAnsi="Arial" w:cs="Arial"/>
          <w:sz w:val="26"/>
          <w:szCs w:val="26"/>
        </w:rPr>
        <w:t xml:space="preserve"> tóc</w:t>
      </w:r>
      <w:r w:rsidR="00DA6C18" w:rsidRPr="00301A22">
        <w:rPr>
          <w:rFonts w:ascii="Arial" w:hAnsi="Arial" w:cs="Arial"/>
          <w:sz w:val="26"/>
          <w:szCs w:val="26"/>
        </w:rPr>
        <w:t xml:space="preserve"> </w:t>
      </w:r>
      <w:r w:rsidRPr="00301A22">
        <w:rPr>
          <w:rFonts w:ascii="Arial" w:hAnsi="Arial" w:cs="Arial"/>
          <w:sz w:val="26"/>
          <w:szCs w:val="26"/>
        </w:rPr>
        <w:t>đã bạc hơn</w:t>
      </w:r>
      <w:r w:rsidR="00E2063A" w:rsidRPr="00301A22">
        <w:rPr>
          <w:rFonts w:ascii="Arial" w:hAnsi="Arial" w:cs="Arial"/>
          <w:sz w:val="26"/>
          <w:szCs w:val="26"/>
        </w:rPr>
        <w:t xml:space="preserve"> nhiều, dáng đi cũng không còn nhanh nhẹn như xưa nữa. Sau 30 năm, </w:t>
      </w:r>
      <w:r w:rsidR="00DA6C18" w:rsidRPr="00301A22">
        <w:rPr>
          <w:rFonts w:ascii="Arial" w:hAnsi="Arial" w:cs="Arial"/>
          <w:sz w:val="26"/>
          <w:szCs w:val="26"/>
        </w:rPr>
        <w:t>nhiều thầy cô giáo cũ của chúng ta</w:t>
      </w:r>
      <w:r w:rsidR="00E2063A" w:rsidRPr="00301A22">
        <w:rPr>
          <w:rFonts w:ascii="Arial" w:hAnsi="Arial" w:cs="Arial"/>
          <w:sz w:val="26"/>
          <w:szCs w:val="26"/>
        </w:rPr>
        <w:t xml:space="preserve"> </w:t>
      </w:r>
      <w:r w:rsidR="00DA6C18" w:rsidRPr="00301A22">
        <w:rPr>
          <w:rFonts w:ascii="Arial" w:hAnsi="Arial" w:cs="Arial"/>
          <w:sz w:val="26"/>
          <w:szCs w:val="26"/>
        </w:rPr>
        <w:t xml:space="preserve">cũng đã </w:t>
      </w:r>
      <w:r w:rsidR="00E2063A" w:rsidRPr="00301A22">
        <w:rPr>
          <w:rFonts w:ascii="Arial" w:hAnsi="Arial" w:cs="Arial"/>
          <w:sz w:val="26"/>
          <w:szCs w:val="26"/>
        </w:rPr>
        <w:t>đi xa.</w:t>
      </w:r>
      <w:r w:rsidR="002A3D86" w:rsidRPr="00301A22">
        <w:rPr>
          <w:rFonts w:ascii="Arial" w:hAnsi="Arial" w:cs="Arial"/>
          <w:sz w:val="26"/>
          <w:szCs w:val="26"/>
        </w:rPr>
        <w:t xml:space="preserve"> Trong sâu thẳm trái tim, chúng ta cùng thành kính biết ơn và tưởng nhớ. </w:t>
      </w:r>
      <w:r w:rsidR="009A4724" w:rsidRPr="00301A22">
        <w:rPr>
          <w:rFonts w:ascii="Arial" w:hAnsi="Arial" w:cs="Arial"/>
          <w:sz w:val="26"/>
          <w:szCs w:val="26"/>
        </w:rPr>
        <w:t xml:space="preserve">Thi thoảng gặp lại </w:t>
      </w:r>
      <w:r w:rsidR="002A3D86" w:rsidRPr="00301A22">
        <w:rPr>
          <w:rFonts w:ascii="Arial" w:hAnsi="Arial" w:cs="Arial"/>
          <w:sz w:val="26"/>
          <w:szCs w:val="26"/>
        </w:rPr>
        <w:t>vài</w:t>
      </w:r>
      <w:r w:rsidR="009A4724" w:rsidRPr="00301A22">
        <w:rPr>
          <w:rFonts w:ascii="Arial" w:hAnsi="Arial" w:cs="Arial"/>
          <w:sz w:val="26"/>
          <w:szCs w:val="26"/>
        </w:rPr>
        <w:t xml:space="preserve"> ông bạn cũ thì ô kìa, </w:t>
      </w:r>
      <w:r w:rsidR="00E2063A" w:rsidRPr="00301A22">
        <w:rPr>
          <w:rFonts w:ascii="Arial" w:hAnsi="Arial" w:cs="Arial"/>
          <w:sz w:val="26"/>
          <w:szCs w:val="26"/>
        </w:rPr>
        <w:t>mái đầu của</w:t>
      </w:r>
      <w:r w:rsidR="002A3D86" w:rsidRPr="00301A22">
        <w:rPr>
          <w:rFonts w:ascii="Arial" w:hAnsi="Arial" w:cs="Arial"/>
          <w:sz w:val="26"/>
          <w:szCs w:val="26"/>
        </w:rPr>
        <w:t xml:space="preserve"> các</w:t>
      </w:r>
      <w:r w:rsidR="00E2063A" w:rsidRPr="00301A22">
        <w:rPr>
          <w:rFonts w:ascii="Arial" w:hAnsi="Arial" w:cs="Arial"/>
          <w:sz w:val="26"/>
          <w:szCs w:val="26"/>
        </w:rPr>
        <w:t xml:space="preserve"> cậu ấy cũng đã </w:t>
      </w:r>
      <w:r w:rsidR="001F34A3" w:rsidRPr="00301A22">
        <w:rPr>
          <w:rFonts w:ascii="Arial" w:hAnsi="Arial" w:cs="Arial"/>
          <w:sz w:val="26"/>
          <w:szCs w:val="26"/>
        </w:rPr>
        <w:t>điểm bạc</w:t>
      </w:r>
      <w:r w:rsidR="00E2063A" w:rsidRPr="00301A22">
        <w:rPr>
          <w:rFonts w:ascii="Arial" w:hAnsi="Arial" w:cs="Arial"/>
          <w:sz w:val="26"/>
          <w:szCs w:val="26"/>
        </w:rPr>
        <w:t xml:space="preserve"> r</w:t>
      </w:r>
      <w:r w:rsidR="009A4724" w:rsidRPr="00301A22">
        <w:rPr>
          <w:rFonts w:ascii="Arial" w:hAnsi="Arial" w:cs="Arial"/>
          <w:sz w:val="26"/>
          <w:szCs w:val="26"/>
        </w:rPr>
        <w:t>ồi. Bất giác đưa tay lên sờ đỉnh đầu</w:t>
      </w:r>
      <w:r w:rsidR="00E361DD" w:rsidRPr="00301A22">
        <w:rPr>
          <w:rFonts w:ascii="Arial" w:hAnsi="Arial" w:cs="Arial"/>
          <w:sz w:val="26"/>
          <w:szCs w:val="26"/>
        </w:rPr>
        <w:t xml:space="preserve"> mình</w:t>
      </w:r>
      <w:r w:rsidR="009A4724" w:rsidRPr="00301A22">
        <w:rPr>
          <w:rFonts w:ascii="Arial" w:hAnsi="Arial" w:cs="Arial"/>
          <w:sz w:val="26"/>
          <w:szCs w:val="26"/>
        </w:rPr>
        <w:t xml:space="preserve"> thì m</w:t>
      </w:r>
      <w:r w:rsidR="003842DD" w:rsidRPr="00301A22">
        <w:rPr>
          <w:rFonts w:ascii="Arial" w:hAnsi="Arial" w:cs="Arial"/>
          <w:sz w:val="26"/>
          <w:szCs w:val="26"/>
        </w:rPr>
        <w:t>ái</w:t>
      </w:r>
      <w:r w:rsidR="009A4724" w:rsidRPr="00301A22">
        <w:rPr>
          <w:rFonts w:ascii="Arial" w:hAnsi="Arial" w:cs="Arial"/>
          <w:sz w:val="26"/>
          <w:szCs w:val="26"/>
        </w:rPr>
        <w:t xml:space="preserve"> tóc dày</w:t>
      </w:r>
      <w:r w:rsidR="002A3D86" w:rsidRPr="00301A22">
        <w:rPr>
          <w:rFonts w:ascii="Arial" w:hAnsi="Arial" w:cs="Arial"/>
          <w:sz w:val="26"/>
          <w:szCs w:val="26"/>
        </w:rPr>
        <w:t xml:space="preserve"> thanh xuân của</w:t>
      </w:r>
      <w:r w:rsidR="009A4724" w:rsidRPr="00301A22">
        <w:rPr>
          <w:rFonts w:ascii="Arial" w:hAnsi="Arial" w:cs="Arial"/>
          <w:sz w:val="26"/>
          <w:szCs w:val="26"/>
        </w:rPr>
        <w:t xml:space="preserve"> tuổi trẻ cũng đã</w:t>
      </w:r>
      <w:r w:rsidR="002A3D86" w:rsidRPr="00301A22">
        <w:rPr>
          <w:rFonts w:ascii="Arial" w:hAnsi="Arial" w:cs="Arial"/>
          <w:sz w:val="26"/>
          <w:szCs w:val="26"/>
        </w:rPr>
        <w:t xml:space="preserve"> </w:t>
      </w:r>
      <w:r w:rsidR="001F34A3" w:rsidRPr="00301A22">
        <w:rPr>
          <w:rFonts w:ascii="Arial" w:hAnsi="Arial" w:cs="Arial"/>
          <w:sz w:val="26"/>
          <w:szCs w:val="26"/>
        </w:rPr>
        <w:t>thưa đi</w:t>
      </w:r>
      <w:r w:rsidR="009A4724" w:rsidRPr="00301A22">
        <w:rPr>
          <w:rFonts w:ascii="Arial" w:hAnsi="Arial" w:cs="Arial"/>
          <w:sz w:val="26"/>
          <w:szCs w:val="26"/>
        </w:rPr>
        <w:t xml:space="preserve"> cùng năm tháng. </w:t>
      </w:r>
      <w:r w:rsidR="003842DD" w:rsidRPr="00301A22">
        <w:rPr>
          <w:rFonts w:ascii="Arial" w:hAnsi="Arial" w:cs="Arial"/>
          <w:sz w:val="26"/>
          <w:szCs w:val="26"/>
        </w:rPr>
        <w:t>Ôi, thời gian</w:t>
      </w:r>
      <w:r w:rsidR="002A3D86" w:rsidRPr="00301A22">
        <w:rPr>
          <w:rFonts w:ascii="Arial" w:hAnsi="Arial" w:cs="Arial"/>
          <w:sz w:val="26"/>
          <w:szCs w:val="26"/>
        </w:rPr>
        <w:t>!</w:t>
      </w:r>
    </w:p>
    <w:p w14:paraId="6D38F981" w14:textId="77777777" w:rsidR="00AE48B7" w:rsidRPr="00301A22" w:rsidRDefault="002A35A7" w:rsidP="00DA6C18">
      <w:pPr>
        <w:spacing w:line="360" w:lineRule="auto"/>
        <w:rPr>
          <w:rFonts w:ascii="Arial" w:hAnsi="Arial" w:cs="Arial"/>
          <w:sz w:val="26"/>
          <w:szCs w:val="26"/>
        </w:rPr>
      </w:pPr>
      <w:r w:rsidRPr="00301A22">
        <w:rPr>
          <w:rFonts w:ascii="Arial" w:hAnsi="Arial" w:cs="Arial"/>
          <w:sz w:val="26"/>
          <w:szCs w:val="26"/>
        </w:rPr>
        <w:lastRenderedPageBreak/>
        <w:t>Nhìn quanh hội trường hôm nay, tôi thấy không chỉ là những gương mặt thân quen của 7 lớp –</w:t>
      </w:r>
      <w:r w:rsidR="003842DD" w:rsidRPr="00301A22">
        <w:rPr>
          <w:rFonts w:ascii="Arial" w:hAnsi="Arial" w:cs="Arial"/>
          <w:sz w:val="26"/>
          <w:szCs w:val="26"/>
        </w:rPr>
        <w:t xml:space="preserve"> từ</w:t>
      </w:r>
      <w:r w:rsidRPr="00301A22">
        <w:rPr>
          <w:rFonts w:ascii="Arial" w:hAnsi="Arial" w:cs="Arial"/>
          <w:sz w:val="26"/>
          <w:szCs w:val="26"/>
        </w:rPr>
        <w:t xml:space="preserve"> 12A đến 12G, mà là cả một trời thanh xuân đang ùa về.</w:t>
      </w:r>
    </w:p>
    <w:p w14:paraId="6D4D5712" w14:textId="06E9A1AC" w:rsidR="00521376" w:rsidRPr="00301A22" w:rsidRDefault="002A35A7" w:rsidP="00DA6C18">
      <w:pPr>
        <w:spacing w:line="360" w:lineRule="auto"/>
        <w:rPr>
          <w:rFonts w:ascii="Arial" w:hAnsi="Arial" w:cs="Arial"/>
          <w:sz w:val="26"/>
          <w:szCs w:val="26"/>
        </w:rPr>
      </w:pPr>
      <w:r w:rsidRPr="00301A22">
        <w:rPr>
          <w:rFonts w:ascii="Arial" w:hAnsi="Arial" w:cs="Arial"/>
          <w:sz w:val="26"/>
          <w:szCs w:val="26"/>
        </w:rPr>
        <w:br/>
        <w:t xml:space="preserve">Mỗi ánh mắt, mỗi nụ cười đều gợi lại ký ức của những buổi học Toán </w:t>
      </w:r>
      <w:r w:rsidR="007F22CF" w:rsidRPr="00301A22">
        <w:rPr>
          <w:rFonts w:ascii="Arial" w:hAnsi="Arial" w:cs="Arial"/>
          <w:sz w:val="26"/>
          <w:szCs w:val="26"/>
        </w:rPr>
        <w:t>nhức</w:t>
      </w:r>
      <w:r w:rsidR="006F60FC" w:rsidRPr="00301A22">
        <w:rPr>
          <w:rFonts w:ascii="Arial" w:hAnsi="Arial" w:cs="Arial"/>
          <w:sz w:val="26"/>
          <w:szCs w:val="26"/>
        </w:rPr>
        <w:t xml:space="preserve"> đầu cùng </w:t>
      </w:r>
      <w:r w:rsidRPr="00301A22">
        <w:rPr>
          <w:rFonts w:ascii="Arial" w:hAnsi="Arial" w:cs="Arial"/>
          <w:sz w:val="26"/>
          <w:szCs w:val="26"/>
        </w:rPr>
        <w:t>thầy</w:t>
      </w:r>
      <w:r w:rsidR="007F22CF" w:rsidRPr="00301A22">
        <w:rPr>
          <w:rFonts w:ascii="Arial" w:hAnsi="Arial" w:cs="Arial"/>
          <w:sz w:val="26"/>
          <w:szCs w:val="26"/>
        </w:rPr>
        <w:t xml:space="preserve"> Lung, thầy</w:t>
      </w:r>
      <w:r w:rsidRPr="00301A22">
        <w:rPr>
          <w:rFonts w:ascii="Arial" w:hAnsi="Arial" w:cs="Arial"/>
          <w:sz w:val="26"/>
          <w:szCs w:val="26"/>
        </w:rPr>
        <w:t xml:space="preserve"> Cải, thầy Liêm</w:t>
      </w:r>
      <w:r w:rsidR="003842DD" w:rsidRPr="00301A22">
        <w:rPr>
          <w:rFonts w:ascii="Arial" w:hAnsi="Arial" w:cs="Arial"/>
          <w:sz w:val="26"/>
          <w:szCs w:val="26"/>
        </w:rPr>
        <w:t>, thầy Thành</w:t>
      </w:r>
      <w:r w:rsidR="007F22CF" w:rsidRPr="00301A22">
        <w:rPr>
          <w:rFonts w:ascii="Arial" w:hAnsi="Arial" w:cs="Arial"/>
          <w:sz w:val="26"/>
          <w:szCs w:val="26"/>
        </w:rPr>
        <w:t>, cô Then, thầy Sơn, cô Vân</w:t>
      </w:r>
      <w:r w:rsidR="006F60FC" w:rsidRPr="00301A22">
        <w:rPr>
          <w:rFonts w:ascii="Arial" w:hAnsi="Arial" w:cs="Arial"/>
          <w:sz w:val="26"/>
          <w:szCs w:val="26"/>
        </w:rPr>
        <w:t>. Phải nói là với các thế hệ học trò chúng em</w:t>
      </w:r>
      <w:r w:rsidR="007F22CF" w:rsidRPr="00301A22">
        <w:rPr>
          <w:rFonts w:ascii="Arial" w:hAnsi="Arial" w:cs="Arial"/>
          <w:sz w:val="26"/>
          <w:szCs w:val="26"/>
        </w:rPr>
        <w:t xml:space="preserve"> thì</w:t>
      </w:r>
      <w:r w:rsidR="006F60FC" w:rsidRPr="00301A22">
        <w:rPr>
          <w:rFonts w:ascii="Arial" w:hAnsi="Arial" w:cs="Arial"/>
          <w:sz w:val="26"/>
          <w:szCs w:val="26"/>
        </w:rPr>
        <w:t xml:space="preserve"> môn Toán có lẽ là khoai khó, khùng khoằm nhất</w:t>
      </w:r>
      <w:r w:rsidR="00715604" w:rsidRPr="00301A22">
        <w:rPr>
          <w:rFonts w:ascii="Arial" w:hAnsi="Arial" w:cs="Arial"/>
          <w:sz w:val="26"/>
          <w:szCs w:val="26"/>
        </w:rPr>
        <w:t>. Ái chà, giờ ngẫm lại thì không hiểu ngày xưa thế nào mà mình lại có thể giải được những bài hình học không gian hóc búa đến vậy chứ</w:t>
      </w:r>
      <w:r w:rsidRPr="00301A22">
        <w:rPr>
          <w:rFonts w:ascii="Arial" w:hAnsi="Arial" w:cs="Arial"/>
          <w:sz w:val="26"/>
          <w:szCs w:val="26"/>
        </w:rPr>
        <w:t>; những giờ Văn tràn cảm xúc cùng cô Lý,</w:t>
      </w:r>
      <w:r w:rsidR="00656DD0">
        <w:rPr>
          <w:rFonts w:ascii="Arial" w:hAnsi="Arial" w:cs="Arial"/>
          <w:sz w:val="26"/>
          <w:szCs w:val="26"/>
        </w:rPr>
        <w:t xml:space="preserve"> thầy Lai,</w:t>
      </w:r>
      <w:r w:rsidRPr="00301A22">
        <w:rPr>
          <w:rFonts w:ascii="Arial" w:hAnsi="Arial" w:cs="Arial"/>
          <w:sz w:val="26"/>
          <w:szCs w:val="26"/>
        </w:rPr>
        <w:t xml:space="preserve"> cô Hòe</w:t>
      </w:r>
      <w:r w:rsidR="003842DD" w:rsidRPr="00301A22">
        <w:rPr>
          <w:rFonts w:ascii="Arial" w:hAnsi="Arial" w:cs="Arial"/>
          <w:sz w:val="26"/>
          <w:szCs w:val="26"/>
        </w:rPr>
        <w:t>, cô Thiện</w:t>
      </w:r>
      <w:r w:rsidR="007F22CF" w:rsidRPr="00301A22">
        <w:rPr>
          <w:rFonts w:ascii="Arial" w:hAnsi="Arial" w:cs="Arial"/>
          <w:sz w:val="26"/>
          <w:szCs w:val="26"/>
        </w:rPr>
        <w:t>, cô Thi, cô Lưu, cô Săn</w:t>
      </w:r>
      <w:r w:rsidR="003842DD" w:rsidRPr="00301A22">
        <w:rPr>
          <w:rFonts w:ascii="Arial" w:hAnsi="Arial" w:cs="Arial"/>
          <w:sz w:val="26"/>
          <w:szCs w:val="26"/>
        </w:rPr>
        <w:t>. Riêng tôi, đến giờ này tôi vẫn nợ thầy Phú đáng kính đang ngồi dưới kia 2 điểm 0</w:t>
      </w:r>
      <w:r w:rsidR="007F22CF" w:rsidRPr="00301A22">
        <w:rPr>
          <w:rFonts w:ascii="Arial" w:hAnsi="Arial" w:cs="Arial"/>
          <w:sz w:val="26"/>
          <w:szCs w:val="26"/>
        </w:rPr>
        <w:t xml:space="preserve"> tròn tr</w:t>
      </w:r>
      <w:r w:rsidR="00AE48B7" w:rsidRPr="00301A22">
        <w:rPr>
          <w:rFonts w:ascii="Arial" w:hAnsi="Arial" w:cs="Arial"/>
          <w:sz w:val="26"/>
          <w:szCs w:val="26"/>
        </w:rPr>
        <w:t>ĩnh trong bài</w:t>
      </w:r>
      <w:r w:rsidR="003842DD" w:rsidRPr="00301A22">
        <w:rPr>
          <w:rFonts w:ascii="Arial" w:hAnsi="Arial" w:cs="Arial"/>
          <w:sz w:val="26"/>
          <w:szCs w:val="26"/>
        </w:rPr>
        <w:t xml:space="preserve"> kiểm tra miệng. Biết bao giờ tôi mới gỡ điểm được với thầy đây</w:t>
      </w:r>
      <w:r w:rsidR="002A3D86" w:rsidRPr="00301A22">
        <w:rPr>
          <w:rFonts w:ascii="Arial" w:hAnsi="Arial" w:cs="Arial"/>
          <w:sz w:val="26"/>
          <w:szCs w:val="26"/>
        </w:rPr>
        <w:t>? Có lẽ là chẳng bao giờ</w:t>
      </w:r>
      <w:r w:rsidR="007F22CF" w:rsidRPr="00301A22">
        <w:rPr>
          <w:rFonts w:ascii="Arial" w:hAnsi="Arial" w:cs="Arial"/>
          <w:sz w:val="26"/>
          <w:szCs w:val="26"/>
        </w:rPr>
        <w:t>, hai điểm 0 đó sẽ đi cùng cuộc đời tôi mãi mãi</w:t>
      </w:r>
      <w:r w:rsidR="002A3D86" w:rsidRPr="00301A22">
        <w:rPr>
          <w:rFonts w:ascii="Arial" w:hAnsi="Arial" w:cs="Arial"/>
          <w:sz w:val="26"/>
          <w:szCs w:val="26"/>
        </w:rPr>
        <w:t>;</w:t>
      </w:r>
      <w:r w:rsidRPr="00301A22">
        <w:rPr>
          <w:rFonts w:ascii="Arial" w:hAnsi="Arial" w:cs="Arial"/>
          <w:sz w:val="26"/>
          <w:szCs w:val="26"/>
        </w:rPr>
        <w:t xml:space="preserve"> những bài giảng Tiếng Anh đầy hứng khởi của cô Cúc,</w:t>
      </w:r>
      <w:r w:rsidR="007F22CF" w:rsidRPr="00301A22">
        <w:rPr>
          <w:rFonts w:ascii="Arial" w:hAnsi="Arial" w:cs="Arial"/>
          <w:sz w:val="26"/>
          <w:szCs w:val="26"/>
        </w:rPr>
        <w:t xml:space="preserve"> Chúc,</w:t>
      </w:r>
      <w:r w:rsidRPr="00301A22">
        <w:rPr>
          <w:rFonts w:ascii="Arial" w:hAnsi="Arial" w:cs="Arial"/>
          <w:sz w:val="26"/>
          <w:szCs w:val="26"/>
        </w:rPr>
        <w:t xml:space="preserve"> cô Nhung, cô Sinh</w:t>
      </w:r>
      <w:r w:rsidR="003842DD" w:rsidRPr="00301A22">
        <w:rPr>
          <w:rFonts w:ascii="Arial" w:hAnsi="Arial" w:cs="Arial"/>
          <w:sz w:val="26"/>
          <w:szCs w:val="26"/>
        </w:rPr>
        <w:t xml:space="preserve">. </w:t>
      </w:r>
      <w:r w:rsidR="00E361DD" w:rsidRPr="00301A22">
        <w:rPr>
          <w:rFonts w:ascii="Arial" w:hAnsi="Arial" w:cs="Arial"/>
          <w:sz w:val="26"/>
          <w:szCs w:val="26"/>
        </w:rPr>
        <w:t>H</w:t>
      </w:r>
      <w:r w:rsidR="003842DD" w:rsidRPr="00301A22">
        <w:rPr>
          <w:rFonts w:ascii="Arial" w:hAnsi="Arial" w:cs="Arial"/>
          <w:sz w:val="26"/>
          <w:szCs w:val="26"/>
        </w:rPr>
        <w:t>ứng khởi là thế mà buổi sau</w:t>
      </w:r>
      <w:r w:rsidR="002A3D86" w:rsidRPr="00301A22">
        <w:rPr>
          <w:rFonts w:ascii="Arial" w:hAnsi="Arial" w:cs="Arial"/>
          <w:sz w:val="26"/>
          <w:szCs w:val="26"/>
        </w:rPr>
        <w:t xml:space="preserve"> em</w:t>
      </w:r>
      <w:r w:rsidR="003842DD" w:rsidRPr="00301A22">
        <w:rPr>
          <w:rFonts w:ascii="Arial" w:hAnsi="Arial" w:cs="Arial"/>
          <w:sz w:val="26"/>
          <w:szCs w:val="26"/>
        </w:rPr>
        <w:t xml:space="preserve"> lại quên từ mới mất rồi</w:t>
      </w:r>
      <w:r w:rsidRPr="00301A22">
        <w:rPr>
          <w:rFonts w:ascii="Arial" w:hAnsi="Arial" w:cs="Arial"/>
          <w:sz w:val="26"/>
          <w:szCs w:val="26"/>
        </w:rPr>
        <w:t>; hay những</w:t>
      </w:r>
      <w:r w:rsidR="003842DD" w:rsidRPr="00301A22">
        <w:rPr>
          <w:rFonts w:ascii="Arial" w:hAnsi="Arial" w:cs="Arial"/>
          <w:sz w:val="26"/>
          <w:szCs w:val="26"/>
        </w:rPr>
        <w:t xml:space="preserve"> hình ảnh vật lý thú vị, những phản ứng hóa học kỳ ảo qua lời giảng của </w:t>
      </w:r>
      <w:r w:rsidRPr="00301A22">
        <w:rPr>
          <w:rFonts w:ascii="Arial" w:hAnsi="Arial" w:cs="Arial"/>
          <w:sz w:val="26"/>
          <w:szCs w:val="26"/>
        </w:rPr>
        <w:t>thầy Bình, thầy Trường, thầy Hùng</w:t>
      </w:r>
      <w:r w:rsidR="002A3D86" w:rsidRPr="00301A22">
        <w:rPr>
          <w:rFonts w:ascii="Arial" w:hAnsi="Arial" w:cs="Arial"/>
          <w:sz w:val="26"/>
          <w:szCs w:val="26"/>
        </w:rPr>
        <w:t xml:space="preserve">. </w:t>
      </w:r>
      <w:r w:rsidR="00444A8C" w:rsidRPr="00301A22">
        <w:rPr>
          <w:rFonts w:ascii="Arial" w:hAnsi="Arial" w:cs="Arial"/>
          <w:sz w:val="26"/>
          <w:szCs w:val="26"/>
        </w:rPr>
        <w:t>Vẫn nhớ hình ảnh thầy Bình giảng bài chẳng cần giáo á</w:t>
      </w:r>
      <w:r w:rsidR="00FC66FC" w:rsidRPr="00301A22">
        <w:rPr>
          <w:rFonts w:ascii="Arial" w:hAnsi="Arial" w:cs="Arial"/>
          <w:sz w:val="26"/>
          <w:szCs w:val="26"/>
        </w:rPr>
        <w:t>n</w:t>
      </w:r>
      <w:r w:rsidR="00444A8C" w:rsidRPr="00301A22">
        <w:rPr>
          <w:rFonts w:ascii="Arial" w:hAnsi="Arial" w:cs="Arial"/>
          <w:sz w:val="26"/>
          <w:szCs w:val="26"/>
        </w:rPr>
        <w:t xml:space="preserve">, thầy bước vào lớp, ném phịch cái cặp lên bàn rồi bắt đầu cứ thế là giảng. </w:t>
      </w:r>
      <w:r w:rsidR="00656DD0">
        <w:rPr>
          <w:rFonts w:ascii="Arial" w:hAnsi="Arial" w:cs="Arial"/>
          <w:sz w:val="26"/>
          <w:szCs w:val="26"/>
        </w:rPr>
        <w:t xml:space="preserve">Những phản ứng Menden phức tạp nữa chứ, chúng em nhớ tới môn Sinh của thầy Hiển, thầy Hùng. </w:t>
      </w:r>
      <w:r w:rsidRPr="00301A22">
        <w:rPr>
          <w:rFonts w:ascii="Arial" w:hAnsi="Arial" w:cs="Arial"/>
          <w:sz w:val="26"/>
          <w:szCs w:val="26"/>
        </w:rPr>
        <w:br/>
        <w:t xml:space="preserve">Ai trong chúng ta có thể quên được những giờ Địa lý say sưa của </w:t>
      </w:r>
      <w:r w:rsidR="00521376" w:rsidRPr="00301A22">
        <w:rPr>
          <w:rFonts w:ascii="Arial" w:hAnsi="Arial" w:cs="Arial"/>
          <w:sz w:val="26"/>
          <w:szCs w:val="26"/>
        </w:rPr>
        <w:t xml:space="preserve">thầy Tứ, </w:t>
      </w:r>
      <w:r w:rsidR="00444A8C" w:rsidRPr="00301A22">
        <w:rPr>
          <w:rFonts w:ascii="Arial" w:hAnsi="Arial" w:cs="Arial"/>
          <w:sz w:val="26"/>
          <w:szCs w:val="26"/>
        </w:rPr>
        <w:t>cô</w:t>
      </w:r>
      <w:r w:rsidRPr="00301A22">
        <w:rPr>
          <w:rFonts w:ascii="Arial" w:hAnsi="Arial" w:cs="Arial"/>
          <w:sz w:val="26"/>
          <w:szCs w:val="26"/>
        </w:rPr>
        <w:t xml:space="preserve"> Sự, những tiết KTNN</w:t>
      </w:r>
      <w:r w:rsidR="00715604" w:rsidRPr="00301A22">
        <w:rPr>
          <w:rFonts w:ascii="Arial" w:hAnsi="Arial" w:cs="Arial"/>
          <w:sz w:val="26"/>
          <w:szCs w:val="26"/>
        </w:rPr>
        <w:t xml:space="preserve"> và KTCN</w:t>
      </w:r>
      <w:r w:rsidRPr="00301A22">
        <w:rPr>
          <w:rFonts w:ascii="Arial" w:hAnsi="Arial" w:cs="Arial"/>
          <w:sz w:val="26"/>
          <w:szCs w:val="26"/>
        </w:rPr>
        <w:t xml:space="preserve"> của cô Tâm,</w:t>
      </w:r>
      <w:r w:rsidR="00877A34" w:rsidRPr="00301A22">
        <w:rPr>
          <w:rFonts w:ascii="Arial" w:hAnsi="Arial" w:cs="Arial"/>
          <w:sz w:val="26"/>
          <w:szCs w:val="26"/>
        </w:rPr>
        <w:t xml:space="preserve"> cô Minh</w:t>
      </w:r>
      <w:r w:rsidR="00715604" w:rsidRPr="00301A22">
        <w:rPr>
          <w:rFonts w:ascii="Arial" w:hAnsi="Arial" w:cs="Arial"/>
          <w:sz w:val="26"/>
          <w:szCs w:val="26"/>
        </w:rPr>
        <w:t>, thầy Xuất</w:t>
      </w:r>
      <w:r w:rsidRPr="00301A22">
        <w:rPr>
          <w:rFonts w:ascii="Arial" w:hAnsi="Arial" w:cs="Arial"/>
          <w:sz w:val="26"/>
          <w:szCs w:val="26"/>
        </w:rPr>
        <w:t xml:space="preserve"> hay tiếng cười rộn ràng trong giờ Thể dục của cô Th</w:t>
      </w:r>
      <w:r w:rsidR="00444A8C" w:rsidRPr="00301A22">
        <w:rPr>
          <w:rFonts w:ascii="Arial" w:hAnsi="Arial" w:cs="Arial"/>
          <w:sz w:val="26"/>
          <w:szCs w:val="26"/>
        </w:rPr>
        <w:t>ủy</w:t>
      </w:r>
      <w:r w:rsidR="00715604" w:rsidRPr="00301A22">
        <w:rPr>
          <w:rFonts w:ascii="Arial" w:hAnsi="Arial" w:cs="Arial"/>
          <w:sz w:val="26"/>
          <w:szCs w:val="26"/>
        </w:rPr>
        <w:t>, thầy Tâm</w:t>
      </w:r>
      <w:r w:rsidRPr="00301A22">
        <w:rPr>
          <w:rFonts w:ascii="Arial" w:hAnsi="Arial" w:cs="Arial"/>
          <w:sz w:val="26"/>
          <w:szCs w:val="26"/>
        </w:rPr>
        <w:t>?</w:t>
      </w:r>
      <w:r w:rsidR="00877A34" w:rsidRPr="00301A22">
        <w:rPr>
          <w:rFonts w:ascii="Arial" w:hAnsi="Arial" w:cs="Arial"/>
          <w:sz w:val="26"/>
          <w:szCs w:val="26"/>
        </w:rPr>
        <w:t xml:space="preserve"> Còn vô vàn ký ức như thế trong tâm trí chúng em. </w:t>
      </w:r>
      <w:r w:rsidRPr="00301A22">
        <w:rPr>
          <w:rFonts w:ascii="Arial" w:hAnsi="Arial" w:cs="Arial"/>
          <w:sz w:val="26"/>
          <w:szCs w:val="26"/>
        </w:rPr>
        <w:t>Tất cả, như những mảnh ghép trong bức tranh thanh xuân, nay được ráp lại bằng niềm vui hội ngộ hôm nay.</w:t>
      </w:r>
    </w:p>
    <w:p w14:paraId="1A34EB17" w14:textId="13A2AB64" w:rsidR="00470FDF" w:rsidRPr="00301A22" w:rsidRDefault="00521376" w:rsidP="00DA6C18">
      <w:pPr>
        <w:spacing w:line="360" w:lineRule="auto"/>
        <w:rPr>
          <w:rFonts w:ascii="Arial" w:hAnsi="Arial" w:cs="Arial"/>
          <w:sz w:val="26"/>
          <w:szCs w:val="26"/>
        </w:rPr>
      </w:pPr>
      <w:r w:rsidRPr="00301A22">
        <w:rPr>
          <w:rFonts w:ascii="Arial" w:hAnsi="Arial" w:cs="Arial"/>
          <w:sz w:val="26"/>
          <w:szCs w:val="26"/>
        </w:rPr>
        <w:t xml:space="preserve">Thời ấy, phải nói là cả thầy và trò mình đều nghèo thật. Theo trí nhớ của tôi thì tất cả chúng ta chỉ di chuyển bằng xe đạp và hầu hết là xe đạp cà </w:t>
      </w:r>
      <w:r w:rsidRPr="00301A22">
        <w:rPr>
          <w:rFonts w:ascii="Arial" w:hAnsi="Arial" w:cs="Arial"/>
          <w:sz w:val="26"/>
          <w:szCs w:val="26"/>
        </w:rPr>
        <w:lastRenderedPageBreak/>
        <w:t>tàng. Nhiều cái xe không còn</w:t>
      </w:r>
      <w:r w:rsidR="00623D06" w:rsidRPr="00301A22">
        <w:rPr>
          <w:rFonts w:ascii="Arial" w:hAnsi="Arial" w:cs="Arial"/>
          <w:sz w:val="26"/>
          <w:szCs w:val="26"/>
        </w:rPr>
        <w:t xml:space="preserve"> cái</w:t>
      </w:r>
      <w:r w:rsidRPr="00301A22">
        <w:rPr>
          <w:rFonts w:ascii="Arial" w:hAnsi="Arial" w:cs="Arial"/>
          <w:sz w:val="26"/>
          <w:szCs w:val="26"/>
        </w:rPr>
        <w:t xml:space="preserve"> bàn đạp mà chỉ còn lại cái bút chì. </w:t>
      </w:r>
      <w:r w:rsidR="00623D06" w:rsidRPr="00301A22">
        <w:rPr>
          <w:rFonts w:ascii="Arial" w:hAnsi="Arial" w:cs="Arial"/>
          <w:sz w:val="26"/>
          <w:szCs w:val="26"/>
        </w:rPr>
        <w:t xml:space="preserve">Một số </w:t>
      </w:r>
      <w:r w:rsidRPr="00301A22">
        <w:rPr>
          <w:rFonts w:ascii="Arial" w:hAnsi="Arial" w:cs="Arial"/>
          <w:sz w:val="26"/>
          <w:szCs w:val="26"/>
        </w:rPr>
        <w:t>gia đình thầy cô ở những gian nhà tập thể đơn sơ</w:t>
      </w:r>
      <w:r w:rsidR="001F2F13" w:rsidRPr="00301A22">
        <w:rPr>
          <w:rFonts w:ascii="Arial" w:hAnsi="Arial" w:cs="Arial"/>
          <w:sz w:val="26"/>
          <w:szCs w:val="26"/>
        </w:rPr>
        <w:t xml:space="preserve">, </w:t>
      </w:r>
      <w:r w:rsidRPr="00301A22">
        <w:rPr>
          <w:rFonts w:ascii="Arial" w:hAnsi="Arial" w:cs="Arial"/>
          <w:sz w:val="26"/>
          <w:szCs w:val="26"/>
        </w:rPr>
        <w:t xml:space="preserve">dùng chung giếng nước và nấu cơm bằng bếp củi, bếp dầu. </w:t>
      </w:r>
      <w:r w:rsidR="001F2F13" w:rsidRPr="00301A22">
        <w:rPr>
          <w:rFonts w:ascii="Arial" w:hAnsi="Arial" w:cs="Arial"/>
          <w:sz w:val="26"/>
          <w:szCs w:val="26"/>
        </w:rPr>
        <w:t>Chắc nhiều bạn trong chúng ta còn nhớ kỷ niệm mang cơm nắm</w:t>
      </w:r>
      <w:r w:rsidR="00623D06" w:rsidRPr="00301A22">
        <w:rPr>
          <w:rFonts w:ascii="Arial" w:hAnsi="Arial" w:cs="Arial"/>
          <w:sz w:val="26"/>
          <w:szCs w:val="26"/>
        </w:rPr>
        <w:t xml:space="preserve"> cùng</w:t>
      </w:r>
      <w:r w:rsidR="001F2F13" w:rsidRPr="00301A22">
        <w:rPr>
          <w:rFonts w:ascii="Arial" w:hAnsi="Arial" w:cs="Arial"/>
          <w:sz w:val="26"/>
          <w:szCs w:val="26"/>
        </w:rPr>
        <w:t xml:space="preserve"> chút muối vừng để ở lại học thêm buổi chiều, sau </w:t>
      </w:r>
      <w:r w:rsidR="00656DD0">
        <w:rPr>
          <w:rFonts w:ascii="Arial" w:hAnsi="Arial" w:cs="Arial"/>
          <w:sz w:val="26"/>
          <w:szCs w:val="26"/>
        </w:rPr>
        <w:t>đó</w:t>
      </w:r>
      <w:r w:rsidR="00623D06" w:rsidRPr="00301A22">
        <w:rPr>
          <w:rFonts w:ascii="Arial" w:hAnsi="Arial" w:cs="Arial"/>
          <w:sz w:val="26"/>
          <w:szCs w:val="26"/>
        </w:rPr>
        <w:t xml:space="preserve"> còn</w:t>
      </w:r>
      <w:r w:rsidR="001F2F13" w:rsidRPr="00301A22">
        <w:rPr>
          <w:rFonts w:ascii="Arial" w:hAnsi="Arial" w:cs="Arial"/>
          <w:sz w:val="26"/>
          <w:szCs w:val="26"/>
        </w:rPr>
        <w:t xml:space="preserve"> góp gạo thổi cơm chung để được</w:t>
      </w:r>
      <w:r w:rsidR="00623D06" w:rsidRPr="00301A22">
        <w:rPr>
          <w:rFonts w:ascii="Arial" w:hAnsi="Arial" w:cs="Arial"/>
          <w:sz w:val="26"/>
          <w:szCs w:val="26"/>
        </w:rPr>
        <w:t xml:space="preserve"> </w:t>
      </w:r>
      <w:r w:rsidR="001F2F13" w:rsidRPr="00301A22">
        <w:rPr>
          <w:rFonts w:ascii="Arial" w:hAnsi="Arial" w:cs="Arial"/>
          <w:sz w:val="26"/>
          <w:szCs w:val="26"/>
        </w:rPr>
        <w:t>vui</w:t>
      </w:r>
      <w:r w:rsidR="00656DD0">
        <w:rPr>
          <w:rFonts w:ascii="Arial" w:hAnsi="Arial" w:cs="Arial"/>
          <w:sz w:val="26"/>
          <w:szCs w:val="26"/>
        </w:rPr>
        <w:t xml:space="preserve"> cười</w:t>
      </w:r>
      <w:r w:rsidR="00715604" w:rsidRPr="00301A22">
        <w:rPr>
          <w:rFonts w:ascii="Arial" w:hAnsi="Arial" w:cs="Arial"/>
          <w:sz w:val="26"/>
          <w:szCs w:val="26"/>
        </w:rPr>
        <w:t xml:space="preserve"> cùng nhau,</w:t>
      </w:r>
    </w:p>
    <w:p w14:paraId="5B335D8A" w14:textId="530735B3" w:rsidR="00AE48B7" w:rsidRPr="00301A22" w:rsidRDefault="001F2F13" w:rsidP="00DA6C18">
      <w:pPr>
        <w:spacing w:line="360" w:lineRule="auto"/>
        <w:rPr>
          <w:rFonts w:ascii="Arial" w:hAnsi="Arial" w:cs="Arial"/>
          <w:sz w:val="26"/>
          <w:szCs w:val="26"/>
        </w:rPr>
      </w:pPr>
      <w:r w:rsidRPr="00301A22">
        <w:rPr>
          <w:rFonts w:ascii="Arial" w:hAnsi="Arial" w:cs="Arial"/>
          <w:sz w:val="26"/>
          <w:szCs w:val="26"/>
        </w:rPr>
        <w:t>Cũng chính dưới mái trường này, những tình yêu</w:t>
      </w:r>
      <w:r w:rsidR="00623D06" w:rsidRPr="00301A22">
        <w:rPr>
          <w:rFonts w:ascii="Arial" w:hAnsi="Arial" w:cs="Arial"/>
          <w:sz w:val="26"/>
          <w:szCs w:val="26"/>
        </w:rPr>
        <w:t xml:space="preserve"> tuổi</w:t>
      </w:r>
      <w:r w:rsidRPr="00301A22">
        <w:rPr>
          <w:rFonts w:ascii="Arial" w:hAnsi="Arial" w:cs="Arial"/>
          <w:sz w:val="26"/>
          <w:szCs w:val="26"/>
        </w:rPr>
        <w:t xml:space="preserve"> học trò</w:t>
      </w:r>
      <w:r w:rsidR="00715604" w:rsidRPr="00301A22">
        <w:rPr>
          <w:rFonts w:ascii="Arial" w:hAnsi="Arial" w:cs="Arial"/>
          <w:sz w:val="26"/>
          <w:szCs w:val="26"/>
        </w:rPr>
        <w:t xml:space="preserve"> hé</w:t>
      </w:r>
      <w:r w:rsidRPr="00301A22">
        <w:rPr>
          <w:rFonts w:ascii="Arial" w:hAnsi="Arial" w:cs="Arial"/>
          <w:sz w:val="26"/>
          <w:szCs w:val="26"/>
        </w:rPr>
        <w:t xml:space="preserve"> nở. Thích</w:t>
      </w:r>
      <w:r w:rsidR="00623D06" w:rsidRPr="00301A22">
        <w:rPr>
          <w:rFonts w:ascii="Arial" w:hAnsi="Arial" w:cs="Arial"/>
          <w:sz w:val="26"/>
          <w:szCs w:val="26"/>
        </w:rPr>
        <w:t xml:space="preserve"> nhau</w:t>
      </w:r>
      <w:r w:rsidRPr="00301A22">
        <w:rPr>
          <w:rFonts w:ascii="Arial" w:hAnsi="Arial" w:cs="Arial"/>
          <w:sz w:val="26"/>
          <w:szCs w:val="26"/>
        </w:rPr>
        <w:t xml:space="preserve"> đấy,</w:t>
      </w:r>
      <w:r w:rsidR="00623D06" w:rsidRPr="00301A22">
        <w:rPr>
          <w:rFonts w:ascii="Arial" w:hAnsi="Arial" w:cs="Arial"/>
          <w:sz w:val="26"/>
          <w:szCs w:val="26"/>
        </w:rPr>
        <w:t xml:space="preserve"> cũng là</w:t>
      </w:r>
      <w:r w:rsidRPr="00301A22">
        <w:rPr>
          <w:rFonts w:ascii="Arial" w:hAnsi="Arial" w:cs="Arial"/>
          <w:sz w:val="26"/>
          <w:szCs w:val="26"/>
        </w:rPr>
        <w:t xml:space="preserve"> yêu đấy mà mấy đứa đã</w:t>
      </w:r>
      <w:r w:rsidR="00623D06" w:rsidRPr="00301A22">
        <w:rPr>
          <w:rFonts w:ascii="Arial" w:hAnsi="Arial" w:cs="Arial"/>
          <w:sz w:val="26"/>
          <w:szCs w:val="26"/>
        </w:rPr>
        <w:t xml:space="preserve"> đủ can đảm để </w:t>
      </w:r>
      <w:r w:rsidRPr="00301A22">
        <w:rPr>
          <w:rFonts w:ascii="Arial" w:hAnsi="Arial" w:cs="Arial"/>
          <w:sz w:val="26"/>
          <w:szCs w:val="26"/>
        </w:rPr>
        <w:t>nói ra, đã dám thổ lộ</w:t>
      </w:r>
      <w:r w:rsidR="00715604" w:rsidRPr="00301A22">
        <w:rPr>
          <w:rFonts w:ascii="Arial" w:hAnsi="Arial" w:cs="Arial"/>
          <w:sz w:val="26"/>
          <w:szCs w:val="26"/>
        </w:rPr>
        <w:t>, đã dám cầm tay nhau đâu</w:t>
      </w:r>
      <w:r w:rsidR="00623D06" w:rsidRPr="00301A22">
        <w:rPr>
          <w:rFonts w:ascii="Arial" w:hAnsi="Arial" w:cs="Arial"/>
          <w:sz w:val="26"/>
          <w:szCs w:val="26"/>
        </w:rPr>
        <w:t>, để</w:t>
      </w:r>
      <w:r w:rsidR="00715604" w:rsidRPr="00301A22">
        <w:rPr>
          <w:rFonts w:ascii="Arial" w:hAnsi="Arial" w:cs="Arial"/>
          <w:sz w:val="26"/>
          <w:szCs w:val="26"/>
        </w:rPr>
        <w:t xml:space="preserve"> rồi tất cả</w:t>
      </w:r>
      <w:r w:rsidR="00623D06" w:rsidRPr="00301A22">
        <w:rPr>
          <w:rFonts w:ascii="Arial" w:hAnsi="Arial" w:cs="Arial"/>
          <w:sz w:val="26"/>
          <w:szCs w:val="26"/>
        </w:rPr>
        <w:t xml:space="preserve"> trở thành </w:t>
      </w:r>
      <w:r w:rsidR="00715604" w:rsidRPr="00301A22">
        <w:rPr>
          <w:rFonts w:ascii="Arial" w:hAnsi="Arial" w:cs="Arial"/>
          <w:sz w:val="26"/>
          <w:szCs w:val="26"/>
        </w:rPr>
        <w:t xml:space="preserve">những </w:t>
      </w:r>
      <w:r w:rsidR="00623D06" w:rsidRPr="00301A22">
        <w:rPr>
          <w:rFonts w:ascii="Arial" w:hAnsi="Arial" w:cs="Arial"/>
          <w:sz w:val="26"/>
          <w:szCs w:val="26"/>
        </w:rPr>
        <w:t xml:space="preserve">ký ức đẹp theo suốt cuộc đời. </w:t>
      </w:r>
      <w:r w:rsidRPr="00301A22">
        <w:rPr>
          <w:rFonts w:ascii="Arial" w:hAnsi="Arial" w:cs="Arial"/>
          <w:sz w:val="26"/>
          <w:szCs w:val="26"/>
        </w:rPr>
        <w:t xml:space="preserve">Ấy vậy mà như một kỳ tích, </w:t>
      </w:r>
      <w:r w:rsidR="00715604" w:rsidRPr="00301A22">
        <w:rPr>
          <w:rFonts w:ascii="Arial" w:hAnsi="Arial" w:cs="Arial"/>
          <w:sz w:val="26"/>
          <w:szCs w:val="26"/>
        </w:rPr>
        <w:t xml:space="preserve">khóa ta cũng có được vài </w:t>
      </w:r>
      <w:r w:rsidR="00656DD0">
        <w:rPr>
          <w:rFonts w:ascii="Arial" w:hAnsi="Arial" w:cs="Arial"/>
          <w:sz w:val="26"/>
          <w:szCs w:val="26"/>
        </w:rPr>
        <w:t xml:space="preserve">đôi </w:t>
      </w:r>
      <w:r w:rsidRPr="00301A22">
        <w:rPr>
          <w:rFonts w:ascii="Arial" w:hAnsi="Arial" w:cs="Arial"/>
          <w:sz w:val="26"/>
          <w:szCs w:val="26"/>
        </w:rPr>
        <w:t xml:space="preserve">kết duyên hạnh phúc. </w:t>
      </w:r>
      <w:r w:rsidR="00623D06" w:rsidRPr="00301A22">
        <w:rPr>
          <w:rFonts w:ascii="Arial" w:hAnsi="Arial" w:cs="Arial"/>
          <w:sz w:val="26"/>
          <w:szCs w:val="26"/>
        </w:rPr>
        <w:t xml:space="preserve">Hẳn là các bạn phải </w:t>
      </w:r>
      <w:r w:rsidR="00715604" w:rsidRPr="00301A22">
        <w:rPr>
          <w:rFonts w:ascii="Arial" w:hAnsi="Arial" w:cs="Arial"/>
          <w:sz w:val="26"/>
          <w:szCs w:val="26"/>
        </w:rPr>
        <w:t xml:space="preserve">rất </w:t>
      </w:r>
      <w:r w:rsidR="00623D06" w:rsidRPr="00301A22">
        <w:rPr>
          <w:rFonts w:ascii="Arial" w:hAnsi="Arial" w:cs="Arial"/>
          <w:sz w:val="26"/>
          <w:szCs w:val="26"/>
        </w:rPr>
        <w:t>cảm ơn mái trường này</w:t>
      </w:r>
      <w:r w:rsidR="00715604" w:rsidRPr="00301A22">
        <w:rPr>
          <w:rFonts w:ascii="Arial" w:hAnsi="Arial" w:cs="Arial"/>
          <w:sz w:val="26"/>
          <w:szCs w:val="26"/>
        </w:rPr>
        <w:t>. Quên sao được</w:t>
      </w:r>
      <w:r w:rsidR="00E361DD" w:rsidRPr="00301A22">
        <w:rPr>
          <w:rFonts w:ascii="Arial" w:hAnsi="Arial" w:cs="Arial"/>
          <w:sz w:val="26"/>
          <w:szCs w:val="26"/>
        </w:rPr>
        <w:t xml:space="preserve"> cái</w:t>
      </w:r>
      <w:r w:rsidR="00715604" w:rsidRPr="00301A22">
        <w:rPr>
          <w:rFonts w:ascii="Arial" w:hAnsi="Arial" w:cs="Arial"/>
          <w:sz w:val="26"/>
          <w:szCs w:val="26"/>
        </w:rPr>
        <w:t xml:space="preserve"> </w:t>
      </w:r>
      <w:r w:rsidR="00895C31" w:rsidRPr="00301A22">
        <w:rPr>
          <w:rFonts w:ascii="Arial" w:hAnsi="Arial" w:cs="Arial"/>
          <w:sz w:val="26"/>
          <w:szCs w:val="26"/>
        </w:rPr>
        <w:t>đêm</w:t>
      </w:r>
      <w:r w:rsidR="00715604" w:rsidRPr="00301A22">
        <w:rPr>
          <w:rFonts w:ascii="Arial" w:hAnsi="Arial" w:cs="Arial"/>
          <w:sz w:val="26"/>
          <w:szCs w:val="26"/>
        </w:rPr>
        <w:t xml:space="preserve"> 27/5/1995 khi cả khóa liên hoan chia tay</w:t>
      </w:r>
      <w:r w:rsidR="00895C31" w:rsidRPr="00301A22">
        <w:rPr>
          <w:rFonts w:ascii="Arial" w:hAnsi="Arial" w:cs="Arial"/>
          <w:sz w:val="26"/>
          <w:szCs w:val="26"/>
        </w:rPr>
        <w:t xml:space="preserve"> để</w:t>
      </w:r>
      <w:r w:rsidR="00715604" w:rsidRPr="00301A22">
        <w:rPr>
          <w:rFonts w:ascii="Arial" w:hAnsi="Arial" w:cs="Arial"/>
          <w:sz w:val="26"/>
          <w:szCs w:val="26"/>
        </w:rPr>
        <w:t xml:space="preserve"> ra trường, lần đầu tiên được say bởi những chai bia động lực</w:t>
      </w:r>
      <w:r w:rsidR="00895C31" w:rsidRPr="00301A22">
        <w:rPr>
          <w:rFonts w:ascii="Arial" w:hAnsi="Arial" w:cs="Arial"/>
          <w:sz w:val="26"/>
          <w:szCs w:val="26"/>
        </w:rPr>
        <w:t xml:space="preserve"> có cái vỏ màu xanh</w:t>
      </w:r>
      <w:r w:rsidR="00715604" w:rsidRPr="00301A22">
        <w:rPr>
          <w:rFonts w:ascii="Arial" w:hAnsi="Arial" w:cs="Arial"/>
          <w:sz w:val="26"/>
          <w:szCs w:val="26"/>
        </w:rPr>
        <w:t>. Vẫn nhớ</w:t>
      </w:r>
      <w:r w:rsidR="00895C31" w:rsidRPr="00301A22">
        <w:rPr>
          <w:rFonts w:ascii="Arial" w:hAnsi="Arial" w:cs="Arial"/>
          <w:sz w:val="26"/>
          <w:szCs w:val="26"/>
        </w:rPr>
        <w:t xml:space="preserve"> như in</w:t>
      </w:r>
      <w:r w:rsidR="00715604" w:rsidRPr="00301A22">
        <w:rPr>
          <w:rFonts w:ascii="Arial" w:hAnsi="Arial" w:cs="Arial"/>
          <w:sz w:val="26"/>
          <w:szCs w:val="26"/>
        </w:rPr>
        <w:t xml:space="preserve"> cảm x</w:t>
      </w:r>
      <w:r w:rsidR="00895C31" w:rsidRPr="00301A22">
        <w:rPr>
          <w:rFonts w:ascii="Arial" w:hAnsi="Arial" w:cs="Arial"/>
          <w:sz w:val="26"/>
          <w:szCs w:val="26"/>
        </w:rPr>
        <w:t xml:space="preserve">úc ngày ấy, tình cảm dâng trào, tiếng khóc lẫn với tiếng cười, bịn rịn. Sau 30 năm, hôm nay chúng ta lại trở về. </w:t>
      </w:r>
      <w:r w:rsidR="002A35A7" w:rsidRPr="00301A22">
        <w:rPr>
          <w:rFonts w:ascii="Arial" w:hAnsi="Arial" w:cs="Arial"/>
          <w:sz w:val="26"/>
          <w:szCs w:val="26"/>
        </w:rPr>
        <w:br/>
      </w:r>
      <w:r w:rsidR="002A35A7" w:rsidRPr="00301A22">
        <w:rPr>
          <w:rFonts w:ascii="Arial" w:hAnsi="Arial" w:cs="Arial"/>
          <w:sz w:val="26"/>
          <w:szCs w:val="26"/>
        </w:rPr>
        <w:br/>
        <w:t xml:space="preserve">Thay mặt cho </w:t>
      </w:r>
      <w:r w:rsidR="00877A34" w:rsidRPr="00301A22">
        <w:rPr>
          <w:rFonts w:ascii="Arial" w:hAnsi="Arial" w:cs="Arial"/>
          <w:sz w:val="26"/>
          <w:szCs w:val="26"/>
        </w:rPr>
        <w:t>gần</w:t>
      </w:r>
      <w:r w:rsidR="002A35A7" w:rsidRPr="00301A22">
        <w:rPr>
          <w:rFonts w:ascii="Arial" w:hAnsi="Arial" w:cs="Arial"/>
          <w:sz w:val="26"/>
          <w:szCs w:val="26"/>
        </w:rPr>
        <w:t xml:space="preserve"> </w:t>
      </w:r>
      <w:r w:rsidR="00470FDF" w:rsidRPr="00301A22">
        <w:rPr>
          <w:rFonts w:ascii="Arial" w:hAnsi="Arial" w:cs="Arial"/>
          <w:sz w:val="26"/>
          <w:szCs w:val="26"/>
        </w:rPr>
        <w:t>270</w:t>
      </w:r>
      <w:r w:rsidR="002A35A7" w:rsidRPr="00301A22">
        <w:rPr>
          <w:rFonts w:ascii="Arial" w:hAnsi="Arial" w:cs="Arial"/>
          <w:sz w:val="26"/>
          <w:szCs w:val="26"/>
        </w:rPr>
        <w:t xml:space="preserve"> </w:t>
      </w:r>
      <w:r w:rsidR="00895C31" w:rsidRPr="00301A22">
        <w:rPr>
          <w:rFonts w:ascii="Arial" w:hAnsi="Arial" w:cs="Arial"/>
          <w:sz w:val="26"/>
          <w:szCs w:val="26"/>
        </w:rPr>
        <w:t>các bạn cùng khóa</w:t>
      </w:r>
      <w:r w:rsidR="002A35A7" w:rsidRPr="00301A22">
        <w:rPr>
          <w:rFonts w:ascii="Arial" w:hAnsi="Arial" w:cs="Arial"/>
          <w:sz w:val="26"/>
          <w:szCs w:val="26"/>
        </w:rPr>
        <w:t xml:space="preserve"> </w:t>
      </w:r>
      <w:r w:rsidR="00877A34" w:rsidRPr="00301A22">
        <w:rPr>
          <w:rFonts w:ascii="Arial" w:hAnsi="Arial" w:cs="Arial"/>
          <w:sz w:val="26"/>
          <w:szCs w:val="26"/>
        </w:rPr>
        <w:t>có mặt ngày hôm nay</w:t>
      </w:r>
      <w:r w:rsidR="002A35A7" w:rsidRPr="00301A22">
        <w:rPr>
          <w:rFonts w:ascii="Arial" w:hAnsi="Arial" w:cs="Arial"/>
          <w:sz w:val="26"/>
          <w:szCs w:val="26"/>
        </w:rPr>
        <w:t xml:space="preserve">, cho phép </w:t>
      </w:r>
      <w:r w:rsidR="00444A8C" w:rsidRPr="00301A22">
        <w:rPr>
          <w:rFonts w:ascii="Arial" w:hAnsi="Arial" w:cs="Arial"/>
          <w:sz w:val="26"/>
          <w:szCs w:val="26"/>
        </w:rPr>
        <w:t>em</w:t>
      </w:r>
      <w:r w:rsidR="002A35A7" w:rsidRPr="00301A22">
        <w:rPr>
          <w:rFonts w:ascii="Arial" w:hAnsi="Arial" w:cs="Arial"/>
          <w:sz w:val="26"/>
          <w:szCs w:val="26"/>
        </w:rPr>
        <w:t xml:space="preserve"> được gửi lời tri ân sâu sắc nhất đến các thầy cô giáo – những người đã truyền cho chúng </w:t>
      </w:r>
      <w:r w:rsidR="00444A8C" w:rsidRPr="00301A22">
        <w:rPr>
          <w:rFonts w:ascii="Arial" w:hAnsi="Arial" w:cs="Arial"/>
          <w:sz w:val="26"/>
          <w:szCs w:val="26"/>
        </w:rPr>
        <w:t>em</w:t>
      </w:r>
      <w:r w:rsidR="002A35A7" w:rsidRPr="00301A22">
        <w:rPr>
          <w:rFonts w:ascii="Arial" w:hAnsi="Arial" w:cs="Arial"/>
          <w:sz w:val="26"/>
          <w:szCs w:val="26"/>
        </w:rPr>
        <w:t xml:space="preserve"> không chỉ kiến thức, mà còn là nhân cách, lòng tự trọng và niềm tin sống tử tế.</w:t>
      </w:r>
      <w:r w:rsidR="002A35A7" w:rsidRPr="00301A22">
        <w:rPr>
          <w:rFonts w:ascii="Arial" w:hAnsi="Arial" w:cs="Arial"/>
          <w:sz w:val="26"/>
          <w:szCs w:val="26"/>
        </w:rPr>
        <w:br/>
        <w:t xml:space="preserve">Chính các thầy cô đã cho chúng </w:t>
      </w:r>
      <w:r w:rsidR="00444A8C" w:rsidRPr="00301A22">
        <w:rPr>
          <w:rFonts w:ascii="Arial" w:hAnsi="Arial" w:cs="Arial"/>
          <w:sz w:val="26"/>
          <w:szCs w:val="26"/>
        </w:rPr>
        <w:t>em</w:t>
      </w:r>
      <w:r w:rsidR="002A35A7" w:rsidRPr="00301A22">
        <w:rPr>
          <w:rFonts w:ascii="Arial" w:hAnsi="Arial" w:cs="Arial"/>
          <w:sz w:val="26"/>
          <w:szCs w:val="26"/>
        </w:rPr>
        <w:t xml:space="preserve"> nền tảng</w:t>
      </w:r>
      <w:r w:rsidR="00AE48B7" w:rsidRPr="00301A22">
        <w:rPr>
          <w:rFonts w:ascii="Arial" w:hAnsi="Arial" w:cs="Arial"/>
          <w:sz w:val="26"/>
          <w:szCs w:val="26"/>
        </w:rPr>
        <w:t xml:space="preserve"> vững chắc</w:t>
      </w:r>
      <w:r w:rsidR="002A35A7" w:rsidRPr="00301A22">
        <w:rPr>
          <w:rFonts w:ascii="Arial" w:hAnsi="Arial" w:cs="Arial"/>
          <w:sz w:val="26"/>
          <w:szCs w:val="26"/>
        </w:rPr>
        <w:t xml:space="preserve"> để hôm nay mỗi người có thể tự tin bước đi trên con đường riêng – có người làm thầy, có người làm kỹ sư, doanh nhân, có người thành</w:t>
      </w:r>
      <w:r w:rsidR="00877A34" w:rsidRPr="00301A22">
        <w:rPr>
          <w:rFonts w:ascii="Arial" w:hAnsi="Arial" w:cs="Arial"/>
          <w:sz w:val="26"/>
          <w:szCs w:val="26"/>
        </w:rPr>
        <w:t xml:space="preserve"> công</w:t>
      </w:r>
      <w:r w:rsidR="002A35A7" w:rsidRPr="00301A22">
        <w:rPr>
          <w:rFonts w:ascii="Arial" w:hAnsi="Arial" w:cs="Arial"/>
          <w:sz w:val="26"/>
          <w:szCs w:val="26"/>
        </w:rPr>
        <w:t xml:space="preserve"> chức</w:t>
      </w:r>
      <w:r w:rsidR="00444A8C" w:rsidRPr="00301A22">
        <w:rPr>
          <w:rFonts w:ascii="Arial" w:hAnsi="Arial" w:cs="Arial"/>
          <w:sz w:val="26"/>
          <w:szCs w:val="26"/>
        </w:rPr>
        <w:t xml:space="preserve"> nhà nước</w:t>
      </w:r>
      <w:r w:rsidR="002A35A7" w:rsidRPr="00301A22">
        <w:rPr>
          <w:rFonts w:ascii="Arial" w:hAnsi="Arial" w:cs="Arial"/>
          <w:sz w:val="26"/>
          <w:szCs w:val="26"/>
        </w:rPr>
        <w:t>, có người vẫn miệt mài với ruộng đồng, xưởng máy – nhưng tất cả đều mang trong mình niềm tự hào: “Chúng tôi là học sinh PTTH Thạch Thất – niên khóa 1992–1995.”</w:t>
      </w:r>
    </w:p>
    <w:p w14:paraId="6096DF1D" w14:textId="35ADB9F2" w:rsidR="00355F15" w:rsidRPr="00301A22" w:rsidRDefault="002A35A7" w:rsidP="00DA6C18">
      <w:pPr>
        <w:spacing w:line="360" w:lineRule="auto"/>
        <w:rPr>
          <w:rFonts w:ascii="Arial" w:hAnsi="Arial" w:cs="Arial"/>
          <w:sz w:val="26"/>
          <w:szCs w:val="26"/>
        </w:rPr>
      </w:pPr>
      <w:r w:rsidRPr="00301A22">
        <w:rPr>
          <w:rFonts w:ascii="Arial" w:hAnsi="Arial" w:cs="Arial"/>
          <w:sz w:val="26"/>
          <w:szCs w:val="26"/>
        </w:rPr>
        <w:br/>
        <w:t xml:space="preserve">Xin được cúi đầu cảm ơn các thầy cô – những người đã lặng lẽ gieo hạt </w:t>
      </w:r>
      <w:r w:rsidRPr="00301A22">
        <w:rPr>
          <w:rFonts w:ascii="Arial" w:hAnsi="Arial" w:cs="Arial"/>
          <w:sz w:val="26"/>
          <w:szCs w:val="26"/>
        </w:rPr>
        <w:lastRenderedPageBreak/>
        <w:t xml:space="preserve">mầm tri thức để hôm nay chúng </w:t>
      </w:r>
      <w:r w:rsidR="00444A8C" w:rsidRPr="00301A22">
        <w:rPr>
          <w:rFonts w:ascii="Arial" w:hAnsi="Arial" w:cs="Arial"/>
          <w:sz w:val="26"/>
          <w:szCs w:val="26"/>
        </w:rPr>
        <w:t>em</w:t>
      </w:r>
      <w:r w:rsidRPr="00301A22">
        <w:rPr>
          <w:rFonts w:ascii="Arial" w:hAnsi="Arial" w:cs="Arial"/>
          <w:sz w:val="26"/>
          <w:szCs w:val="26"/>
        </w:rPr>
        <w:t xml:space="preserve"> được đơm hoa kết trái.</w:t>
      </w:r>
      <w:r w:rsidRPr="00301A22">
        <w:rPr>
          <w:rFonts w:ascii="Arial" w:hAnsi="Arial" w:cs="Arial"/>
          <w:sz w:val="26"/>
          <w:szCs w:val="26"/>
        </w:rPr>
        <w:br/>
      </w:r>
      <w:r w:rsidRPr="00301A22">
        <w:rPr>
          <w:rFonts w:ascii="Arial" w:hAnsi="Arial" w:cs="Arial"/>
          <w:sz w:val="26"/>
          <w:szCs w:val="26"/>
        </w:rPr>
        <w:br/>
        <w:t>Ba mươi năm, chúng ta đã đi qua biết bao chặng đường – có người ở lại quê hương, có người bôn ba khắp bốn phương trời; có người đã trải qua những tháng năm gian khó, có người đã nếm đủ vị ngọt của thành công</w:t>
      </w:r>
      <w:r w:rsidR="00895C31" w:rsidRPr="00301A22">
        <w:rPr>
          <w:rFonts w:ascii="Arial" w:hAnsi="Arial" w:cs="Arial"/>
          <w:sz w:val="26"/>
          <w:szCs w:val="26"/>
        </w:rPr>
        <w:t xml:space="preserve">, và có cả những các bạn đã đi xa mãi mãi khiến cho chúng ta ngậm ngùi tưởng nhớ. </w:t>
      </w:r>
      <w:r w:rsidRPr="00301A22">
        <w:rPr>
          <w:rFonts w:ascii="Arial" w:hAnsi="Arial" w:cs="Arial"/>
          <w:sz w:val="26"/>
          <w:szCs w:val="26"/>
        </w:rPr>
        <w:br/>
      </w:r>
      <w:r w:rsidR="00895C31" w:rsidRPr="00301A22">
        <w:rPr>
          <w:rFonts w:ascii="Arial" w:hAnsi="Arial" w:cs="Arial"/>
          <w:sz w:val="26"/>
          <w:szCs w:val="26"/>
        </w:rPr>
        <w:t>D</w:t>
      </w:r>
      <w:r w:rsidRPr="00301A22">
        <w:rPr>
          <w:rFonts w:ascii="Arial" w:hAnsi="Arial" w:cs="Arial"/>
          <w:sz w:val="26"/>
          <w:szCs w:val="26"/>
        </w:rPr>
        <w:t xml:space="preserve">ù đi đâu, làm gì, thì hôm nay – tất cả chúng ta đều có chung một điểm đến: trở về </w:t>
      </w:r>
      <w:r w:rsidR="00444A8C" w:rsidRPr="00301A22">
        <w:rPr>
          <w:rFonts w:ascii="Arial" w:hAnsi="Arial" w:cs="Arial"/>
          <w:sz w:val="26"/>
          <w:szCs w:val="26"/>
        </w:rPr>
        <w:t xml:space="preserve"> với mái </w:t>
      </w:r>
      <w:r w:rsidRPr="00301A22">
        <w:rPr>
          <w:rFonts w:ascii="Arial" w:hAnsi="Arial" w:cs="Arial"/>
          <w:sz w:val="26"/>
          <w:szCs w:val="26"/>
        </w:rPr>
        <w:t>trường xưa</w:t>
      </w:r>
      <w:r w:rsidR="00895C31" w:rsidRPr="00301A22">
        <w:rPr>
          <w:rFonts w:ascii="Arial" w:hAnsi="Arial" w:cs="Arial"/>
          <w:sz w:val="26"/>
          <w:szCs w:val="26"/>
        </w:rPr>
        <w:t xml:space="preserve"> – trường PTTH Thạch Thất thân yêu. </w:t>
      </w:r>
      <w:r w:rsidRPr="00301A22">
        <w:rPr>
          <w:rFonts w:ascii="Arial" w:hAnsi="Arial" w:cs="Arial"/>
          <w:sz w:val="26"/>
          <w:szCs w:val="26"/>
        </w:rPr>
        <w:br/>
      </w:r>
      <w:r w:rsidRPr="00301A22">
        <w:rPr>
          <w:rFonts w:ascii="Arial" w:hAnsi="Arial" w:cs="Arial"/>
          <w:sz w:val="26"/>
          <w:szCs w:val="26"/>
        </w:rPr>
        <w:br/>
        <w:t>Có người nói, “thanh xuân như một cơn mưa rào, dù bị cảm lạnh</w:t>
      </w:r>
      <w:r w:rsidR="00470FDF" w:rsidRPr="00301A22">
        <w:rPr>
          <w:rFonts w:ascii="Arial" w:hAnsi="Arial" w:cs="Arial"/>
          <w:sz w:val="26"/>
          <w:szCs w:val="26"/>
        </w:rPr>
        <w:t xml:space="preserve"> thì</w:t>
      </w:r>
      <w:r w:rsidRPr="00301A22">
        <w:rPr>
          <w:rFonts w:ascii="Arial" w:hAnsi="Arial" w:cs="Arial"/>
          <w:sz w:val="26"/>
          <w:szCs w:val="26"/>
        </w:rPr>
        <w:t xml:space="preserve"> ta vẫn muốn được ướt thêm lần nữa.”</w:t>
      </w:r>
      <w:r w:rsidRPr="00301A22">
        <w:rPr>
          <w:rFonts w:ascii="Arial" w:hAnsi="Arial" w:cs="Arial"/>
          <w:sz w:val="26"/>
          <w:szCs w:val="26"/>
        </w:rPr>
        <w:br/>
        <w:t>Và đúng vậy – hôm nay, chúng ta “ướt” cùng nhau trong niềm xúc động, trong tiếng cười, trong những cái ôm thật chặt – để biết rằng thời gian có thể lấy đi mái tóc</w:t>
      </w:r>
      <w:r w:rsidR="00444A8C" w:rsidRPr="00301A22">
        <w:rPr>
          <w:rFonts w:ascii="Arial" w:hAnsi="Arial" w:cs="Arial"/>
          <w:sz w:val="26"/>
          <w:szCs w:val="26"/>
        </w:rPr>
        <w:t xml:space="preserve"> xanh</w:t>
      </w:r>
      <w:r w:rsidRPr="00301A22">
        <w:rPr>
          <w:rFonts w:ascii="Arial" w:hAnsi="Arial" w:cs="Arial"/>
          <w:sz w:val="26"/>
          <w:szCs w:val="26"/>
        </w:rPr>
        <w:t>, nhưng không thể lấy đi tình bạn và ký ức học trò</w:t>
      </w:r>
      <w:r w:rsidR="00444A8C" w:rsidRPr="00301A22">
        <w:rPr>
          <w:rFonts w:ascii="Arial" w:hAnsi="Arial" w:cs="Arial"/>
          <w:sz w:val="26"/>
          <w:szCs w:val="26"/>
        </w:rPr>
        <w:t xml:space="preserve">, không thể lấy đi </w:t>
      </w:r>
      <w:r w:rsidR="00877A34" w:rsidRPr="00301A22">
        <w:rPr>
          <w:rFonts w:ascii="Arial" w:hAnsi="Arial" w:cs="Arial"/>
          <w:sz w:val="26"/>
          <w:szCs w:val="26"/>
        </w:rPr>
        <w:t>lòng biết ơn</w:t>
      </w:r>
      <w:r w:rsidR="00444A8C" w:rsidRPr="00301A22">
        <w:rPr>
          <w:rFonts w:ascii="Arial" w:hAnsi="Arial" w:cs="Arial"/>
          <w:sz w:val="26"/>
          <w:szCs w:val="26"/>
        </w:rPr>
        <w:t xml:space="preserve"> và</w:t>
      </w:r>
      <w:r w:rsidR="00877A34" w:rsidRPr="00301A22">
        <w:rPr>
          <w:rFonts w:ascii="Arial" w:hAnsi="Arial" w:cs="Arial"/>
          <w:sz w:val="26"/>
          <w:szCs w:val="26"/>
        </w:rPr>
        <w:t xml:space="preserve"> tình cảm</w:t>
      </w:r>
      <w:r w:rsidR="00444A8C" w:rsidRPr="00301A22">
        <w:rPr>
          <w:rFonts w:ascii="Arial" w:hAnsi="Arial" w:cs="Arial"/>
          <w:sz w:val="26"/>
          <w:szCs w:val="26"/>
        </w:rPr>
        <w:t xml:space="preserve"> trân quý của </w:t>
      </w:r>
      <w:r w:rsidR="00355F15" w:rsidRPr="00301A22">
        <w:rPr>
          <w:rFonts w:ascii="Arial" w:hAnsi="Arial" w:cs="Arial"/>
          <w:sz w:val="26"/>
          <w:szCs w:val="26"/>
        </w:rPr>
        <w:t>chúng em đối với các Thầy Cô đáng kính</w:t>
      </w:r>
      <w:r w:rsidR="00877A34" w:rsidRPr="00301A22">
        <w:rPr>
          <w:rFonts w:ascii="Arial" w:hAnsi="Arial" w:cs="Arial"/>
          <w:sz w:val="26"/>
          <w:szCs w:val="26"/>
        </w:rPr>
        <w:t>.</w:t>
      </w:r>
      <w:r w:rsidRPr="00301A22">
        <w:rPr>
          <w:rFonts w:ascii="Arial" w:hAnsi="Arial" w:cs="Arial"/>
          <w:sz w:val="26"/>
          <w:szCs w:val="26"/>
        </w:rPr>
        <w:br/>
      </w:r>
      <w:r w:rsidRPr="00301A22">
        <w:rPr>
          <w:rFonts w:ascii="Arial" w:hAnsi="Arial" w:cs="Arial"/>
          <w:sz w:val="26"/>
          <w:szCs w:val="26"/>
        </w:rPr>
        <w:br/>
        <w:t xml:space="preserve">Hội khóa không chỉ là dịp gặp lại, mà còn là cơ hội để </w:t>
      </w:r>
      <w:r w:rsidR="00355F15" w:rsidRPr="00301A22">
        <w:rPr>
          <w:rFonts w:ascii="Arial" w:hAnsi="Arial" w:cs="Arial"/>
          <w:sz w:val="26"/>
          <w:szCs w:val="26"/>
        </w:rPr>
        <w:t>thắt chặt</w:t>
      </w:r>
      <w:r w:rsidRPr="00301A22">
        <w:rPr>
          <w:rFonts w:ascii="Arial" w:hAnsi="Arial" w:cs="Arial"/>
          <w:sz w:val="26"/>
          <w:szCs w:val="26"/>
        </w:rPr>
        <w:t xml:space="preserve"> lại những sợi dây đã từng lơi </w:t>
      </w:r>
      <w:r w:rsidR="00355F15" w:rsidRPr="00301A22">
        <w:rPr>
          <w:rFonts w:ascii="Arial" w:hAnsi="Arial" w:cs="Arial"/>
          <w:sz w:val="26"/>
          <w:szCs w:val="26"/>
        </w:rPr>
        <w:t>đi</w:t>
      </w:r>
      <w:r w:rsidRPr="00301A22">
        <w:rPr>
          <w:rFonts w:ascii="Arial" w:hAnsi="Arial" w:cs="Arial"/>
          <w:sz w:val="26"/>
          <w:szCs w:val="26"/>
        </w:rPr>
        <w:t xml:space="preserve"> theo năm tháng.</w:t>
      </w:r>
      <w:r w:rsidRPr="00301A22">
        <w:rPr>
          <w:rFonts w:ascii="Arial" w:hAnsi="Arial" w:cs="Arial"/>
          <w:sz w:val="26"/>
          <w:szCs w:val="26"/>
        </w:rPr>
        <w:br/>
        <w:t xml:space="preserve">Tôi mong rằng từ hôm nay, mỗi cuộc trò chuyện, mỗi bức ảnh, mỗi cái bắt tay sẽ trở thành một sợi dây mới kết nối chúng ta – </w:t>
      </w:r>
      <w:r w:rsidR="00850F88" w:rsidRPr="00301A22">
        <w:rPr>
          <w:rFonts w:ascii="Arial" w:hAnsi="Arial" w:cs="Arial"/>
          <w:sz w:val="26"/>
          <w:szCs w:val="26"/>
        </w:rPr>
        <w:t>chắc</w:t>
      </w:r>
      <w:r w:rsidRPr="00301A22">
        <w:rPr>
          <w:rFonts w:ascii="Arial" w:hAnsi="Arial" w:cs="Arial"/>
          <w:sz w:val="26"/>
          <w:szCs w:val="26"/>
        </w:rPr>
        <w:t xml:space="preserve"> hơn,</w:t>
      </w:r>
      <w:r w:rsidR="00895C31" w:rsidRPr="00301A22">
        <w:rPr>
          <w:rFonts w:ascii="Arial" w:hAnsi="Arial" w:cs="Arial"/>
          <w:sz w:val="26"/>
          <w:szCs w:val="26"/>
        </w:rPr>
        <w:t xml:space="preserve"> </w:t>
      </w:r>
      <w:r w:rsidRPr="00301A22">
        <w:rPr>
          <w:rFonts w:ascii="Arial" w:hAnsi="Arial" w:cs="Arial"/>
          <w:sz w:val="26"/>
          <w:szCs w:val="26"/>
        </w:rPr>
        <w:t>thật hơn, và</w:t>
      </w:r>
      <w:r w:rsidR="00355F15" w:rsidRPr="00301A22">
        <w:rPr>
          <w:rFonts w:ascii="Arial" w:hAnsi="Arial" w:cs="Arial"/>
          <w:sz w:val="26"/>
          <w:szCs w:val="26"/>
        </w:rPr>
        <w:t xml:space="preserve"> nồng</w:t>
      </w:r>
      <w:r w:rsidRPr="00301A22">
        <w:rPr>
          <w:rFonts w:ascii="Arial" w:hAnsi="Arial" w:cs="Arial"/>
          <w:sz w:val="26"/>
          <w:szCs w:val="26"/>
        </w:rPr>
        <w:t xml:space="preserve"> </w:t>
      </w:r>
      <w:r w:rsidR="00895C31" w:rsidRPr="00301A22">
        <w:rPr>
          <w:rFonts w:ascii="Arial" w:hAnsi="Arial" w:cs="Arial"/>
          <w:sz w:val="26"/>
          <w:szCs w:val="26"/>
        </w:rPr>
        <w:t>nàn</w:t>
      </w:r>
      <w:r w:rsidRPr="00301A22">
        <w:rPr>
          <w:rFonts w:ascii="Arial" w:hAnsi="Arial" w:cs="Arial"/>
          <w:sz w:val="26"/>
          <w:szCs w:val="26"/>
        </w:rPr>
        <w:t xml:space="preserve"> hơn.</w:t>
      </w:r>
    </w:p>
    <w:p w14:paraId="11FF5CF8" w14:textId="22CF9063" w:rsidR="00355F15" w:rsidRPr="00301A22" w:rsidRDefault="00355F15" w:rsidP="00DA6C18">
      <w:pPr>
        <w:spacing w:line="360" w:lineRule="auto"/>
        <w:rPr>
          <w:rFonts w:ascii="Arial" w:hAnsi="Arial" w:cs="Arial"/>
          <w:sz w:val="26"/>
          <w:szCs w:val="26"/>
        </w:rPr>
      </w:pPr>
      <w:r w:rsidRPr="00301A22">
        <w:rPr>
          <w:rFonts w:ascii="Arial" w:hAnsi="Arial" w:cs="Arial"/>
          <w:sz w:val="26"/>
          <w:szCs w:val="26"/>
        </w:rPr>
        <w:t xml:space="preserve">Sự thực là </w:t>
      </w:r>
      <w:r w:rsidR="002A35A7" w:rsidRPr="00301A22">
        <w:rPr>
          <w:rFonts w:ascii="Arial" w:hAnsi="Arial" w:cs="Arial"/>
          <w:sz w:val="26"/>
          <w:szCs w:val="26"/>
        </w:rPr>
        <w:t>ở tuổi này,</w:t>
      </w:r>
      <w:r w:rsidR="00895C31" w:rsidRPr="00301A22">
        <w:rPr>
          <w:rFonts w:ascii="Arial" w:hAnsi="Arial" w:cs="Arial"/>
          <w:sz w:val="26"/>
          <w:szCs w:val="26"/>
        </w:rPr>
        <w:t xml:space="preserve"> có</w:t>
      </w:r>
      <w:r w:rsidR="002A35A7" w:rsidRPr="00301A22">
        <w:rPr>
          <w:rFonts w:ascii="Arial" w:hAnsi="Arial" w:cs="Arial"/>
          <w:sz w:val="26"/>
          <w:szCs w:val="26"/>
        </w:rPr>
        <w:t xml:space="preserve"> ai </w:t>
      </w:r>
      <w:r w:rsidRPr="00301A22">
        <w:rPr>
          <w:rFonts w:ascii="Arial" w:hAnsi="Arial" w:cs="Arial"/>
          <w:sz w:val="26"/>
          <w:szCs w:val="26"/>
        </w:rPr>
        <w:t>mà không</w:t>
      </w:r>
      <w:r w:rsidR="002A35A7" w:rsidRPr="00301A22">
        <w:rPr>
          <w:rFonts w:ascii="Arial" w:hAnsi="Arial" w:cs="Arial"/>
          <w:sz w:val="26"/>
          <w:szCs w:val="26"/>
        </w:rPr>
        <w:t xml:space="preserve"> bận rộn, ai </w:t>
      </w:r>
      <w:r w:rsidR="00850F88" w:rsidRPr="00301A22">
        <w:rPr>
          <w:rFonts w:ascii="Arial" w:hAnsi="Arial" w:cs="Arial"/>
          <w:sz w:val="26"/>
          <w:szCs w:val="26"/>
        </w:rPr>
        <w:t>mà</w:t>
      </w:r>
      <w:r w:rsidR="00895C31" w:rsidRPr="00301A22">
        <w:rPr>
          <w:rFonts w:ascii="Arial" w:hAnsi="Arial" w:cs="Arial"/>
          <w:sz w:val="26"/>
          <w:szCs w:val="26"/>
        </w:rPr>
        <w:t xml:space="preserve"> chẳng</w:t>
      </w:r>
      <w:r w:rsidR="002A35A7" w:rsidRPr="00301A22">
        <w:rPr>
          <w:rFonts w:ascii="Arial" w:hAnsi="Arial" w:cs="Arial"/>
          <w:sz w:val="26"/>
          <w:szCs w:val="26"/>
        </w:rPr>
        <w:t xml:space="preserve"> có những câu chuyện</w:t>
      </w:r>
      <w:r w:rsidR="00850F88" w:rsidRPr="00301A22">
        <w:rPr>
          <w:rFonts w:ascii="Arial" w:hAnsi="Arial" w:cs="Arial"/>
          <w:sz w:val="26"/>
          <w:szCs w:val="26"/>
        </w:rPr>
        <w:t xml:space="preserve"> hay những mối bận tâm</w:t>
      </w:r>
      <w:r w:rsidR="002A35A7" w:rsidRPr="00301A22">
        <w:rPr>
          <w:rFonts w:ascii="Arial" w:hAnsi="Arial" w:cs="Arial"/>
          <w:sz w:val="26"/>
          <w:szCs w:val="26"/>
        </w:rPr>
        <w:t xml:space="preserve"> riêng. Nhưng chỉ khi ta cùng quay lại nơi khởi đầu – nơi có</w:t>
      </w:r>
      <w:r w:rsidR="00850F88" w:rsidRPr="00301A22">
        <w:rPr>
          <w:rFonts w:ascii="Arial" w:hAnsi="Arial" w:cs="Arial"/>
          <w:sz w:val="26"/>
          <w:szCs w:val="26"/>
        </w:rPr>
        <w:t xml:space="preserve"> viên</w:t>
      </w:r>
      <w:r w:rsidR="002A35A7" w:rsidRPr="00301A22">
        <w:rPr>
          <w:rFonts w:ascii="Arial" w:hAnsi="Arial" w:cs="Arial"/>
          <w:sz w:val="26"/>
          <w:szCs w:val="26"/>
        </w:rPr>
        <w:t xml:space="preserve"> phấn trắng,</w:t>
      </w:r>
      <w:r w:rsidRPr="00301A22">
        <w:rPr>
          <w:rFonts w:ascii="Arial" w:hAnsi="Arial" w:cs="Arial"/>
          <w:sz w:val="26"/>
          <w:szCs w:val="26"/>
        </w:rPr>
        <w:t xml:space="preserve"> nơi có c</w:t>
      </w:r>
      <w:r w:rsidR="00850F88" w:rsidRPr="00301A22">
        <w:rPr>
          <w:rFonts w:ascii="Arial" w:hAnsi="Arial" w:cs="Arial"/>
          <w:sz w:val="26"/>
          <w:szCs w:val="26"/>
        </w:rPr>
        <w:t>ái</w:t>
      </w:r>
      <w:r w:rsidR="002A35A7" w:rsidRPr="00301A22">
        <w:rPr>
          <w:rFonts w:ascii="Arial" w:hAnsi="Arial" w:cs="Arial"/>
          <w:sz w:val="26"/>
          <w:szCs w:val="26"/>
        </w:rPr>
        <w:t xml:space="preserve"> bảng đen,</w:t>
      </w:r>
      <w:r w:rsidRPr="00301A22">
        <w:rPr>
          <w:rFonts w:ascii="Arial" w:hAnsi="Arial" w:cs="Arial"/>
          <w:sz w:val="26"/>
          <w:szCs w:val="26"/>
        </w:rPr>
        <w:t xml:space="preserve"> nơi có</w:t>
      </w:r>
      <w:r w:rsidR="002A35A7" w:rsidRPr="00301A22">
        <w:rPr>
          <w:rFonts w:ascii="Arial" w:hAnsi="Arial" w:cs="Arial"/>
          <w:sz w:val="26"/>
          <w:szCs w:val="26"/>
        </w:rPr>
        <w:t xml:space="preserve"> tiếng trống trường – ta mới thật sự chạm lại được phần “học trò” trong </w:t>
      </w:r>
      <w:r w:rsidRPr="00301A22">
        <w:rPr>
          <w:rFonts w:ascii="Arial" w:hAnsi="Arial" w:cs="Arial"/>
          <w:sz w:val="26"/>
          <w:szCs w:val="26"/>
        </w:rPr>
        <w:t xml:space="preserve">miền ký ức của mỗi chúng ta. </w:t>
      </w:r>
    </w:p>
    <w:p w14:paraId="587CD993" w14:textId="77777777" w:rsidR="00AE48B7" w:rsidRDefault="002A35A7" w:rsidP="00DA6C18">
      <w:pPr>
        <w:spacing w:line="360" w:lineRule="auto"/>
        <w:rPr>
          <w:rFonts w:ascii="Arial" w:hAnsi="Arial" w:cs="Arial"/>
          <w:sz w:val="26"/>
          <w:szCs w:val="26"/>
        </w:rPr>
      </w:pPr>
      <w:r w:rsidRPr="00301A22">
        <w:rPr>
          <w:rFonts w:ascii="Arial" w:hAnsi="Arial" w:cs="Arial"/>
          <w:sz w:val="26"/>
          <w:szCs w:val="26"/>
        </w:rPr>
        <w:lastRenderedPageBreak/>
        <w:t>Hội khóa hôm nay không chỉ là cột mốc 30 năm, mà là lời hẹn cho 40 năm, 50 năm và xa hơn nữa.</w:t>
      </w:r>
      <w:r w:rsidR="00470FDF" w:rsidRPr="00301A22">
        <w:rPr>
          <w:rFonts w:ascii="Arial" w:hAnsi="Arial" w:cs="Arial"/>
          <w:sz w:val="26"/>
          <w:szCs w:val="26"/>
        </w:rPr>
        <w:t xml:space="preserve"> </w:t>
      </w:r>
      <w:r w:rsidRPr="00301A22">
        <w:rPr>
          <w:rFonts w:ascii="Arial" w:hAnsi="Arial" w:cs="Arial"/>
          <w:sz w:val="26"/>
          <w:szCs w:val="26"/>
        </w:rPr>
        <w:t>Chúng ta hãy cùng nhau giữ tinh thần này – để dù mai này mỗi người mỗi nơi,</w:t>
      </w:r>
      <w:r w:rsidR="00355F15" w:rsidRPr="00301A22">
        <w:rPr>
          <w:rFonts w:ascii="Arial" w:hAnsi="Arial" w:cs="Arial"/>
          <w:sz w:val="26"/>
          <w:szCs w:val="26"/>
        </w:rPr>
        <w:t xml:space="preserve"> mái trường PTTH</w:t>
      </w:r>
      <w:r w:rsidRPr="00301A22">
        <w:rPr>
          <w:rFonts w:ascii="Arial" w:hAnsi="Arial" w:cs="Arial"/>
          <w:sz w:val="26"/>
          <w:szCs w:val="26"/>
        </w:rPr>
        <w:t xml:space="preserve"> Thạch Thất vẫn luôn là điểm tựa tinh thần,</w:t>
      </w:r>
      <w:r w:rsidR="00355F15" w:rsidRPr="00301A22">
        <w:rPr>
          <w:rFonts w:ascii="Arial" w:hAnsi="Arial" w:cs="Arial"/>
          <w:sz w:val="26"/>
          <w:szCs w:val="26"/>
        </w:rPr>
        <w:t xml:space="preserve"> vẫn</w:t>
      </w:r>
      <w:r w:rsidRPr="00301A22">
        <w:rPr>
          <w:rFonts w:ascii="Arial" w:hAnsi="Arial" w:cs="Arial"/>
          <w:sz w:val="26"/>
          <w:szCs w:val="26"/>
        </w:rPr>
        <w:t xml:space="preserve"> là “nhà chung” của cả một thế hệ</w:t>
      </w:r>
      <w:r w:rsidR="00355F15" w:rsidRPr="00301A22">
        <w:rPr>
          <w:rFonts w:ascii="Arial" w:hAnsi="Arial" w:cs="Arial"/>
          <w:sz w:val="26"/>
          <w:szCs w:val="26"/>
        </w:rPr>
        <w:t xml:space="preserve"> chúng ta. </w:t>
      </w:r>
      <w:r w:rsidRPr="00301A22">
        <w:rPr>
          <w:rFonts w:ascii="Arial" w:hAnsi="Arial" w:cs="Arial"/>
          <w:sz w:val="26"/>
          <w:szCs w:val="26"/>
        </w:rPr>
        <w:br/>
      </w:r>
      <w:r w:rsidRPr="00301A22">
        <w:rPr>
          <w:rFonts w:ascii="Arial" w:hAnsi="Arial" w:cs="Arial"/>
          <w:sz w:val="26"/>
          <w:szCs w:val="26"/>
        </w:rPr>
        <w:br/>
        <w:t>Xin cảm ơn các thầy cô, cảm ơn từng người bạn đã về lại hôm nay – để thắp lên ngọn lửa ký ức và để nhắc chúng ta rằng:</w:t>
      </w:r>
      <w:r w:rsidRPr="00301A22">
        <w:rPr>
          <w:rFonts w:ascii="Arial" w:hAnsi="Arial" w:cs="Arial"/>
          <w:sz w:val="26"/>
          <w:szCs w:val="26"/>
        </w:rPr>
        <w:br/>
        <w:t>“Tuổi trẻ có thể qua đi, nhưng tình thầy – nghĩa bạn – mãi mãi</w:t>
      </w:r>
      <w:r w:rsidR="00B562EE" w:rsidRPr="00301A22">
        <w:rPr>
          <w:rFonts w:ascii="Arial" w:hAnsi="Arial" w:cs="Arial"/>
          <w:sz w:val="26"/>
          <w:szCs w:val="26"/>
        </w:rPr>
        <w:t xml:space="preserve"> còn</w:t>
      </w:r>
      <w:r w:rsidRPr="00301A22">
        <w:rPr>
          <w:rFonts w:ascii="Arial" w:hAnsi="Arial" w:cs="Arial"/>
          <w:sz w:val="26"/>
          <w:szCs w:val="26"/>
        </w:rPr>
        <w:t xml:space="preserve"> ở lại.”</w:t>
      </w:r>
      <w:r w:rsidRPr="00301A22">
        <w:rPr>
          <w:rFonts w:ascii="Arial" w:hAnsi="Arial" w:cs="Arial"/>
          <w:sz w:val="26"/>
          <w:szCs w:val="26"/>
        </w:rPr>
        <w:br/>
      </w:r>
      <w:r w:rsidRPr="00301A22">
        <w:rPr>
          <w:rFonts w:ascii="Arial" w:hAnsi="Arial" w:cs="Arial"/>
          <w:sz w:val="26"/>
          <w:szCs w:val="26"/>
        </w:rPr>
        <w:br/>
        <w:t>Kính chúc các thầy cô luôn mạnh khỏe, an vui.</w:t>
      </w:r>
      <w:r w:rsidRPr="00301A22">
        <w:rPr>
          <w:rFonts w:ascii="Arial" w:hAnsi="Arial" w:cs="Arial"/>
          <w:sz w:val="26"/>
          <w:szCs w:val="26"/>
        </w:rPr>
        <w:br/>
        <w:t>Chúc toàn thể bạn bè niên khóa 1992–1995 một ngày hội thật trọn vẹn, thật nhiều tiếng cười, và thật nhiều</w:t>
      </w:r>
      <w:r w:rsidR="00355F15" w:rsidRPr="00301A22">
        <w:rPr>
          <w:rFonts w:ascii="Arial" w:hAnsi="Arial" w:cs="Arial"/>
          <w:sz w:val="26"/>
          <w:szCs w:val="26"/>
        </w:rPr>
        <w:t xml:space="preserve"> niềm vui. </w:t>
      </w:r>
    </w:p>
    <w:p w14:paraId="5E691FB7" w14:textId="01815979" w:rsidR="00320E14" w:rsidRPr="00301A22" w:rsidRDefault="00320E14" w:rsidP="00DA6C18">
      <w:pPr>
        <w:spacing w:line="360" w:lineRule="auto"/>
        <w:rPr>
          <w:rFonts w:ascii="Arial" w:hAnsi="Arial" w:cs="Arial"/>
          <w:sz w:val="26"/>
          <w:szCs w:val="26"/>
        </w:rPr>
      </w:pPr>
      <w:r>
        <w:rPr>
          <w:rFonts w:ascii="Arial" w:hAnsi="Arial" w:cs="Arial"/>
          <w:sz w:val="26"/>
          <w:szCs w:val="26"/>
        </w:rPr>
        <w:t>Thay mặt Ban Tổ Chức, tôi xin gửi lời cảm ơn sâu sắc tới toàn thể các bạn của Niên khóa 1992 -1995</w:t>
      </w:r>
      <w:r w:rsidR="00CD76C6">
        <w:rPr>
          <w:rFonts w:ascii="Arial" w:hAnsi="Arial" w:cs="Arial"/>
          <w:sz w:val="26"/>
          <w:szCs w:val="26"/>
        </w:rPr>
        <w:t xml:space="preserve"> đã nhiệt tình ủng hộ về cả tinh thần và vật chất, đã đồng hành và sát cánh cùng BTC để có một ngày Hội Khóa hôm nay thành công rực rỡ. </w:t>
      </w:r>
    </w:p>
    <w:p w14:paraId="4C55901D" w14:textId="2CBAD6EF" w:rsidR="001650D8" w:rsidRPr="00301A22" w:rsidRDefault="00AE48B7" w:rsidP="00DA6C18">
      <w:pPr>
        <w:spacing w:line="360" w:lineRule="auto"/>
        <w:rPr>
          <w:rFonts w:ascii="Arial" w:hAnsi="Arial" w:cs="Arial"/>
          <w:sz w:val="26"/>
          <w:szCs w:val="26"/>
        </w:rPr>
      </w:pPr>
      <w:r w:rsidRPr="00301A22">
        <w:rPr>
          <w:rFonts w:ascii="Arial" w:hAnsi="Arial" w:cs="Arial"/>
          <w:sz w:val="26"/>
          <w:szCs w:val="26"/>
        </w:rPr>
        <w:t xml:space="preserve">Cảm ơn thanh xuân đã cho chúng ta gặp nhau ở mái trường này và sau ba mươi năm, chúng ta vẫn nguyên vẹn nụ cười năm ấy! </w:t>
      </w:r>
      <w:r w:rsidR="002A35A7" w:rsidRPr="00301A22">
        <w:rPr>
          <w:rFonts w:ascii="Arial" w:hAnsi="Arial" w:cs="Arial"/>
          <w:sz w:val="26"/>
          <w:szCs w:val="26"/>
        </w:rPr>
        <w:br/>
      </w:r>
      <w:r w:rsidR="002A35A7" w:rsidRPr="00301A22">
        <w:rPr>
          <w:rFonts w:ascii="Arial" w:hAnsi="Arial" w:cs="Arial"/>
          <w:sz w:val="26"/>
          <w:szCs w:val="26"/>
        </w:rPr>
        <w:br/>
        <w:t>Xin trân trọng cảm ơn!</w:t>
      </w:r>
    </w:p>
    <w:p w14:paraId="29273A2B" w14:textId="77777777" w:rsidR="00AE48B7" w:rsidRPr="00301A22" w:rsidRDefault="00AE48B7" w:rsidP="00DA6C18">
      <w:pPr>
        <w:spacing w:line="360" w:lineRule="auto"/>
        <w:rPr>
          <w:rFonts w:ascii="Arial" w:hAnsi="Arial" w:cs="Arial"/>
          <w:sz w:val="26"/>
          <w:szCs w:val="26"/>
        </w:rPr>
      </w:pPr>
    </w:p>
    <w:sectPr w:rsidR="00AE48B7" w:rsidRPr="00301A22"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A0B4D" w14:textId="77777777" w:rsidR="002A35A7" w:rsidRDefault="002A35A7" w:rsidP="002A35A7">
      <w:pPr>
        <w:spacing w:after="0" w:line="240" w:lineRule="auto"/>
      </w:pPr>
      <w:r>
        <w:separator/>
      </w:r>
    </w:p>
  </w:endnote>
  <w:endnote w:type="continuationSeparator" w:id="0">
    <w:p w14:paraId="4440BF29" w14:textId="77777777" w:rsidR="002A35A7" w:rsidRDefault="002A35A7" w:rsidP="002A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942172"/>
      <w:docPartObj>
        <w:docPartGallery w:val="Page Numbers (Bottom of Page)"/>
        <w:docPartUnique/>
      </w:docPartObj>
    </w:sdtPr>
    <w:sdtEndPr>
      <w:rPr>
        <w:noProof/>
      </w:rPr>
    </w:sdtEndPr>
    <w:sdtContent>
      <w:p w14:paraId="647F56BA" w14:textId="0B82A4AF" w:rsidR="002A35A7" w:rsidRDefault="002A35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264693" w14:textId="77777777" w:rsidR="002A35A7" w:rsidRDefault="002A3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5470" w14:textId="77777777" w:rsidR="002A35A7" w:rsidRDefault="002A35A7" w:rsidP="002A35A7">
      <w:pPr>
        <w:spacing w:after="0" w:line="240" w:lineRule="auto"/>
      </w:pPr>
      <w:r>
        <w:separator/>
      </w:r>
    </w:p>
  </w:footnote>
  <w:footnote w:type="continuationSeparator" w:id="0">
    <w:p w14:paraId="76E8C206" w14:textId="77777777" w:rsidR="002A35A7" w:rsidRDefault="002A35A7" w:rsidP="002A3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7223709">
    <w:abstractNumId w:val="8"/>
  </w:num>
  <w:num w:numId="2" w16cid:durableId="807014087">
    <w:abstractNumId w:val="6"/>
  </w:num>
  <w:num w:numId="3" w16cid:durableId="1861312776">
    <w:abstractNumId w:val="5"/>
  </w:num>
  <w:num w:numId="4" w16cid:durableId="88892164">
    <w:abstractNumId w:val="4"/>
  </w:num>
  <w:num w:numId="5" w16cid:durableId="199054675">
    <w:abstractNumId w:val="7"/>
  </w:num>
  <w:num w:numId="6" w16cid:durableId="520094824">
    <w:abstractNumId w:val="3"/>
  </w:num>
  <w:num w:numId="7" w16cid:durableId="187842135">
    <w:abstractNumId w:val="2"/>
  </w:num>
  <w:num w:numId="8" w16cid:durableId="2021545808">
    <w:abstractNumId w:val="1"/>
  </w:num>
  <w:num w:numId="9" w16cid:durableId="37003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394"/>
    <w:rsid w:val="0015074B"/>
    <w:rsid w:val="001650D8"/>
    <w:rsid w:val="001A226C"/>
    <w:rsid w:val="001C7835"/>
    <w:rsid w:val="001F2F13"/>
    <w:rsid w:val="001F34A3"/>
    <w:rsid w:val="0029639D"/>
    <w:rsid w:val="002A1ADB"/>
    <w:rsid w:val="002A35A7"/>
    <w:rsid w:val="002A3D86"/>
    <w:rsid w:val="00301A22"/>
    <w:rsid w:val="00320E14"/>
    <w:rsid w:val="00326F90"/>
    <w:rsid w:val="00355F15"/>
    <w:rsid w:val="003842DD"/>
    <w:rsid w:val="00444A8C"/>
    <w:rsid w:val="00462032"/>
    <w:rsid w:val="00470FDF"/>
    <w:rsid w:val="00521376"/>
    <w:rsid w:val="005A3A79"/>
    <w:rsid w:val="00623D06"/>
    <w:rsid w:val="00656DD0"/>
    <w:rsid w:val="006F60FC"/>
    <w:rsid w:val="00715604"/>
    <w:rsid w:val="007762E8"/>
    <w:rsid w:val="007F22CF"/>
    <w:rsid w:val="00850F88"/>
    <w:rsid w:val="00877A34"/>
    <w:rsid w:val="00895C31"/>
    <w:rsid w:val="009254E3"/>
    <w:rsid w:val="0097736A"/>
    <w:rsid w:val="009A4724"/>
    <w:rsid w:val="00AA1D8D"/>
    <w:rsid w:val="00AE48B7"/>
    <w:rsid w:val="00B47730"/>
    <w:rsid w:val="00B562EE"/>
    <w:rsid w:val="00CB0664"/>
    <w:rsid w:val="00CD76C6"/>
    <w:rsid w:val="00DA6C18"/>
    <w:rsid w:val="00E2063A"/>
    <w:rsid w:val="00E361DD"/>
    <w:rsid w:val="00F417D6"/>
    <w:rsid w:val="00FC66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0A6177"/>
  <w14:defaultImageDpi w14:val="300"/>
  <w15:docId w15:val="{806B0460-97F1-4EE7-93D7-43A24B5D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792d246-d363-40e2-82bc-6f0655128b68}" enabled="1" method="Standard" siteId="{372ee9e0-9ce0-4033-a64a-c07073a91ecd}" removed="0"/>
</clbl:labelList>
</file>

<file path=docProps/app.xml><?xml version="1.0" encoding="utf-8"?>
<Properties xmlns="http://schemas.openxmlformats.org/officeDocument/2006/extended-properties" xmlns:vt="http://schemas.openxmlformats.org/officeDocument/2006/docPropsVTypes">
  <Template>Normal.dotm</Template>
  <TotalTime>201</TotalTime>
  <Pages>5</Pages>
  <Words>1675</Words>
  <Characters>5765</Characters>
  <Application>Microsoft Office Word</Application>
  <DocSecurity>0</DocSecurity>
  <Lines>131</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Quyen Do</cp:lastModifiedBy>
  <cp:revision>14</cp:revision>
  <dcterms:created xsi:type="dcterms:W3CDTF">2025-10-25T12:55:00Z</dcterms:created>
  <dcterms:modified xsi:type="dcterms:W3CDTF">2025-10-27T04:52:00Z</dcterms:modified>
  <cp:category/>
</cp:coreProperties>
</file>